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656"/>
      </w:tblGrid>
      <w:tr>
        <w:tc>
          <w:tcPr>
            <w:tcW w:type="dxa" w:w="10656"/>
            <w:shd w:fill="174A7D"/>
          </w:tcPr>
          <w:p>
            <w:pPr>
              <w:spacing w:after="160" w:line="254" w:lineRule="auto"/>
            </w:pPr>
            <w:r>
              <w:rPr>
                <w:rFonts w:ascii="Times New Roman" w:hAnsi="Times New Roman"/>
                <w:b/>
                <w:color w:val="FFFFFF"/>
                <w:sz w:val="40"/>
              </w:rPr>
              <w:t>Join us in…</w:t>
            </w:r>
          </w:p>
          <w:p>
            <w:pPr>
              <w:spacing w:after="160" w:line="254" w:lineRule="auto"/>
            </w:pPr>
            <w:r>
              <w:rPr>
                <w:rFonts w:ascii="Times New Roman" w:hAnsi="Times New Roman"/>
                <w:b/>
                <w:color w:val="FFFFFF"/>
                <w:sz w:val="88"/>
              </w:rPr>
              <w:t>September</w:t>
            </w:r>
          </w:p>
          <w:p>
            <w:pPr>
              <w:spacing w:after="160" w:line="254" w:lineRule="auto"/>
            </w:pPr>
            <w:r>
              <w:rPr>
                <w:rFonts w:ascii="Times New Roman" w:hAnsi="Times New Roman"/>
                <w:b w:val="0"/>
                <w:color w:val="FFFFFF"/>
                <w:sz w:val="24"/>
              </w:rPr>
              <w:t>St. Peter’s Episcopal Church                         Vol. 2026.9</w:t>
            </w:r>
          </w:p>
        </w:tc>
      </w:tr>
    </w:tbl>
    <w:p>
      <w:pPr>
        <w:spacing w:after="240" w:line="254" w:lineRule="auto"/>
      </w:pPr>
      <w:r>
        <w:rPr>
          <w:rFonts w:ascii="Times New Roman" w:hAnsi="Times New Roman"/>
          <w:b/>
          <w:color w:val="174A7D"/>
          <w:sz w:val="46"/>
        </w:rPr>
        <w:t>From the Interim Rector</w:t>
      </w:r>
    </w:p>
    <w:tbl>
      <w:tblPr>
        <w:tblW w:type="auto" w:w="0"/>
        <w:tblLayout w:type="fixed"/>
        <w:tblLook w:firstColumn="1" w:firstRow="1" w:lastColumn="0" w:lastRow="0" w:noHBand="0" w:noVBand="1" w:val="04A0"/>
      </w:tblPr>
      <w:tblGrid>
        <w:gridCol w:w="5184"/>
        <w:gridCol w:w="5184"/>
      </w:tblGrid>
      <w:tr>
        <w:tc>
          <w:tcPr>
            <w:tcW w:type="dxa" w:w="5328"/>
          </w:tcPr>
          <w:p>
            <w:pPr>
              <w:spacing w:after="140" w:line="254" w:lineRule="auto"/>
            </w:pPr>
            <w:r>
              <w:rPr>
                <w:rFonts w:ascii="Times New Roman" w:hAnsi="Times New Roman"/>
                <w:b w:val="0"/>
                <w:sz w:val="23"/>
              </w:rPr>
              <w:t>On January 11, 1890, The Rev. Lindsey Rucker died. According to the book that details the history of St. Peter’s edited by Betty Plummer and Louellen Pledger, The Rev. Mr. Rucker served St. Peter’s 1853–54, 1857–59, 1862–1865, 1867–1884, as locum tenens from 1884–1886, and as Rector Emeritus, 1890. What he did in 1855–56, 1860–61, and 1866 is unknown. What is known is that he is the second longest serving clergy person next to the tenure of the Rev. Mr. Bird, who served St. Peter’s from 1905–1921, and then from 1929–1955. The clergy of St. Peter’s have come and gone. Some stay for several years, others for a short while, yet each of them left their imprint on the souls of the people who call this church their home.</w:t>
            </w:r>
          </w:p>
          <w:p>
            <w:pPr>
              <w:spacing w:after="140" w:line="254" w:lineRule="auto"/>
            </w:pPr>
            <w:r>
              <w:rPr>
                <w:rFonts w:ascii="Times New Roman" w:hAnsi="Times New Roman"/>
                <w:b w:val="0"/>
                <w:sz w:val="23"/>
              </w:rPr>
              <w:t>In August, we celebrated the ministry of The Rev. Michael Farnell and his wife, Karen. The Farnells were only with us a little while, but they represent the truth of our church. No matter how long we may be in a place, we work to diligently make it better. St. Peter’s has been a church in Brenham since 1848. A long time. And it has in the course of its history endeavored to make Brenham, Texas a better place. The Rev. Mr. Rucker helped establish the free school system in Washington County.</w:t>
            </w:r>
          </w:p>
          <w:p>
            <w:pPr>
              <w:spacing w:after="140" w:line="254" w:lineRule="auto"/>
            </w:pPr>
            <w:r>
              <w:rPr>
                <w:rFonts w:ascii="Times New Roman" w:hAnsi="Times New Roman"/>
                <w:b w:val="0"/>
                <w:sz w:val="23"/>
              </w:rPr>
              <w:t>Today, the feeding initiatives of St. Peter’s through Feed My Lambs, the Mobile Food Pantry, and the gift of food on Tuesdays and Wednesdays ease the food insecurity many residents face. When St. Peter does this, we live into the call of Jesus to feed and care for others in a generous and compassionate manner.</w:t>
            </w:r>
          </w:p>
        </w:tc>
        <w:tc>
          <w:tcPr>
            <w:tcW w:type="dxa" w:w="5328"/>
          </w:tcPr>
          <w:p>
            <w:pPr>
              <w:spacing w:after="140" w:line="254" w:lineRule="auto"/>
            </w:pPr>
            <w:r>
              <w:rPr>
                <w:rFonts w:ascii="Times New Roman" w:hAnsi="Times New Roman"/>
                <w:b w:val="0"/>
                <w:sz w:val="23"/>
              </w:rPr>
              <w:t>As we live into the future, in a search for a new rector, through a busy fall season, in and outside of our church community, we would do well to remember our generational legacy of Christian service to our town and our county. We continue to do the work of those who came before us. Even though we feel as if the future is uncertain, we walk with the blessed assurance of the saints who came before us. Aware of our call as a parish community, and grateful for each other as we walk along. As the Rev. Mr. Rucker’s favorite hymn reads:</w:t>
            </w:r>
          </w:p>
          <w:p>
            <w:pPr>
              <w:spacing w:after="140" w:line="254" w:lineRule="auto"/>
            </w:pPr>
            <w:r>
              <w:rPr>
                <w:rFonts w:ascii="Times New Roman" w:hAnsi="Times New Roman"/>
                <w:b w:val="0"/>
                <w:sz w:val="23"/>
              </w:rPr>
              <w:t>In each event of life how clear</w:t>
              <w:br/>
              <w:t>Thy ruling hand I see,</w:t>
              <w:br/>
              <w:t>Each blessing to my soul more dear,</w:t>
              <w:br/>
              <w:t>Because conferred by thee.</w:t>
            </w:r>
          </w:p>
          <w:p>
            <w:pPr>
              <w:spacing w:after="140" w:line="254" w:lineRule="auto"/>
            </w:pPr>
            <w:r>
              <w:rPr>
                <w:rFonts w:ascii="Times New Roman" w:hAnsi="Times New Roman"/>
                <w:b w:val="0"/>
                <w:sz w:val="23"/>
              </w:rPr>
              <w:t>In every joy that crowns my days,</w:t>
              <w:br/>
              <w:t>In every pain I bear,</w:t>
              <w:br/>
              <w:t>My heart shall find delight in praise,</w:t>
              <w:br/>
              <w:t>Or seek relief in prayer.</w:t>
            </w:r>
          </w:p>
          <w:p>
            <w:pPr>
              <w:spacing w:after="140" w:line="254" w:lineRule="auto"/>
            </w:pPr>
            <w:r>
              <w:rPr>
                <w:rFonts w:ascii="Times New Roman" w:hAnsi="Times New Roman"/>
                <w:b w:val="0"/>
                <w:sz w:val="23"/>
              </w:rPr>
              <w:t>Fr. Patrick+</w:t>
            </w:r>
          </w:p>
        </w:tc>
      </w:tr>
    </w:tbl>
    <w:p>
      <w:r>
        <w:br w:type="page"/>
      </w:r>
    </w:p>
    <w:p>
      <w:pPr>
        <w:spacing w:after="240" w:line="254" w:lineRule="auto"/>
      </w:pPr>
      <w:r>
        <w:rPr>
          <w:rFonts w:ascii="Times New Roman" w:hAnsi="Times New Roman"/>
          <w:b/>
          <w:color w:val="174A7D"/>
          <w:sz w:val="46"/>
        </w:rPr>
        <w:t>From the Volunteer Coordinator</w:t>
      </w:r>
    </w:p>
    <w:tbl>
      <w:tblPr>
        <w:tblW w:type="auto" w:w="0"/>
        <w:tblLayout w:type="fixed"/>
        <w:tblLook w:firstColumn="1" w:firstRow="1" w:lastColumn="0" w:lastRow="0" w:noHBand="0" w:noVBand="1" w:val="04A0"/>
      </w:tblPr>
      <w:tblGrid>
        <w:gridCol w:w="5184"/>
        <w:gridCol w:w="5184"/>
      </w:tblGrid>
      <w:tr>
        <w:tc>
          <w:tcPr>
            <w:tcW w:type="dxa" w:w="5328"/>
          </w:tcPr>
          <w:p>
            <w:pPr>
              <w:spacing w:after="100" w:line="254" w:lineRule="auto"/>
            </w:pPr>
            <w:r>
              <w:rPr>
                <w:rFonts w:ascii="Times New Roman" w:hAnsi="Times New Roman"/>
                <w:b/>
                <w:sz w:val="24"/>
              </w:rPr>
              <w:t>New Volunteers</w:t>
            </w:r>
          </w:p>
          <w:p>
            <w:pPr>
              <w:spacing w:after="140" w:line="254" w:lineRule="auto"/>
            </w:pPr>
            <w:r>
              <w:rPr>
                <w:rFonts w:ascii="Times New Roman" w:hAnsi="Times New Roman"/>
                <w:b w:val="0"/>
                <w:sz w:val="23"/>
              </w:rPr>
              <w:t>Thank you to Cornelia Estey and Jennie Meyer, who have been busy restocking church pews!</w:t>
            </w:r>
          </w:p>
          <w:p>
            <w:pPr>
              <w:spacing w:after="100" w:line="254" w:lineRule="auto"/>
            </w:pPr>
            <w:r>
              <w:rPr>
                <w:rFonts w:ascii="Times New Roman" w:hAnsi="Times New Roman"/>
                <w:b/>
                <w:sz w:val="24"/>
              </w:rPr>
              <w:t>Special Mention</w:t>
            </w:r>
          </w:p>
          <w:p>
            <w:pPr>
              <w:spacing w:after="140" w:line="254" w:lineRule="auto"/>
            </w:pPr>
            <w:r>
              <w:rPr>
                <w:rFonts w:ascii="Times New Roman" w:hAnsi="Times New Roman"/>
                <w:b w:val="0"/>
                <w:sz w:val="23"/>
              </w:rPr>
              <w:t>Thank you to all the volunteers who helped to make our August Special Events such a success:</w:t>
            </w:r>
          </w:p>
          <w:p>
            <w:pPr>
              <w:spacing w:after="140" w:line="254" w:lineRule="auto"/>
            </w:pPr>
            <w:r>
              <w:rPr>
                <w:rFonts w:ascii="Times New Roman" w:hAnsi="Times New Roman"/>
                <w:b w:val="0"/>
                <w:sz w:val="23"/>
              </w:rPr>
              <w:t>Church members for the delicious food at the August 2 Holy Cow Potluck, and all the countless volunteers who always help with cleanup and table reset.</w:t>
            </w:r>
          </w:p>
          <w:p>
            <w:pPr>
              <w:spacing w:after="140" w:line="254" w:lineRule="auto"/>
            </w:pPr>
            <w:r>
              <w:rPr>
                <w:rFonts w:ascii="Times New Roman" w:hAnsi="Times New Roman"/>
                <w:b w:val="0"/>
                <w:sz w:val="23"/>
              </w:rPr>
              <w:t>David Geick and Bill Davis for serving as super scoopers for the Back to School Ice Cream Social on August 9. Tyler Rankin for the delicious hometown Blue Bell ice cream. And to all the members who helped with cleanup.</w:t>
            </w:r>
          </w:p>
          <w:p>
            <w:pPr>
              <w:spacing w:after="140" w:line="254" w:lineRule="auto"/>
            </w:pPr>
            <w:r>
              <w:rPr>
                <w:rFonts w:ascii="Times New Roman" w:hAnsi="Times New Roman"/>
                <w:b w:val="0"/>
                <w:sz w:val="23"/>
              </w:rPr>
              <w:t>Special Events Team for the meal as well as setting up and decorating the Parish Hall for the Farnell’s Last Curate with a Tea Farewell Luncheon on August 16.</w:t>
            </w:r>
          </w:p>
          <w:p>
            <w:pPr>
              <w:spacing w:after="100" w:line="254" w:lineRule="auto"/>
            </w:pPr>
            <w:r>
              <w:rPr>
                <w:rFonts w:ascii="Times New Roman" w:hAnsi="Times New Roman"/>
                <w:b/>
                <w:sz w:val="24"/>
              </w:rPr>
              <w:t>Opportunities to Serve</w:t>
            </w:r>
          </w:p>
          <w:p>
            <w:pPr>
              <w:spacing w:after="140" w:line="254" w:lineRule="auto"/>
            </w:pPr>
            <w:r>
              <w:rPr>
                <w:rFonts w:ascii="Times New Roman" w:hAnsi="Times New Roman"/>
                <w:b w:val="0"/>
                <w:sz w:val="23"/>
              </w:rPr>
              <w:t>If you have a little time now and then and would like to serve in some capacity, let Beth know. There is something for everyone.</w:t>
            </w:r>
          </w:p>
          <w:p>
            <w:pPr>
              <w:spacing w:after="140" w:line="254" w:lineRule="auto"/>
            </w:pPr>
            <w:r>
              <w:rPr>
                <w:rFonts w:ascii="Times New Roman" w:hAnsi="Times New Roman"/>
                <w:b w:val="0"/>
                <w:sz w:val="23"/>
              </w:rPr>
              <w:t>Contact Beth Appel: (979) 451-3020 • Bethappel1@gmail.com</w:t>
            </w:r>
          </w:p>
        </w:tc>
        <w:tc>
          <w:tcPr>
            <w:tcW w:type="dxa" w:w="5328"/>
          </w:tcPr>
          <w:p>
            <w:pPr>
              <w:spacing w:after="140" w:line="254" w:lineRule="auto"/>
            </w:pPr>
            <w:r>
              <w:rPr>
                <w:rFonts w:ascii="Times New Roman" w:hAnsi="Times New Roman"/>
                <w:b/>
                <w:color w:val="174A7D"/>
                <w:sz w:val="38"/>
              </w:rPr>
              <w:t>Don’t Forget</w:t>
            </w:r>
          </w:p>
          <w:p>
            <w:pPr>
              <w:spacing w:after="100" w:line="254" w:lineRule="auto"/>
            </w:pPr>
            <w:r>
              <w:rPr>
                <w:rFonts w:ascii="Times New Roman" w:hAnsi="Times New Roman"/>
                <w:b/>
                <w:sz w:val="24"/>
              </w:rPr>
              <w:t>First Sunday Breakfast</w:t>
            </w:r>
          </w:p>
          <w:p>
            <w:pPr>
              <w:spacing w:after="140" w:line="254" w:lineRule="auto"/>
            </w:pPr>
            <w:r>
              <w:rPr>
                <w:rFonts w:ascii="Times New Roman" w:hAnsi="Times New Roman"/>
                <w:b w:val="0"/>
                <w:sz w:val="23"/>
              </w:rPr>
              <w:t>Be sure to join us Sunday, September 6 at 9:00 a.m. in the Lower Deck for the first First Sunday Breakfast. This will be a full breakfast of Migas with all the trimmings (plus plain scrambled eggs). Cheerios and bananas as an option for the kiddos. Someone wants to see you there!</w:t>
            </w:r>
          </w:p>
          <w:p>
            <w:pPr>
              <w:spacing w:after="140" w:line="254" w:lineRule="auto"/>
            </w:pPr>
            <w:r>
              <w:rPr>
                <w:rFonts w:ascii="Times New Roman" w:hAnsi="Times New Roman"/>
                <w:b/>
                <w:color w:val="174A7D"/>
                <w:sz w:val="38"/>
              </w:rPr>
              <w:t>Sunday Services</w:t>
            </w:r>
          </w:p>
          <w:p>
            <w:pPr>
              <w:spacing w:after="140" w:line="254" w:lineRule="auto"/>
            </w:pPr>
            <w:r>
              <w:rPr>
                <w:rFonts w:ascii="Times New Roman" w:hAnsi="Times New Roman"/>
                <w:b w:val="0"/>
                <w:sz w:val="23"/>
              </w:rPr>
              <w:t>8:00 a.m. Holy Eucharist — Spoken Liturgy</w:t>
            </w:r>
          </w:p>
          <w:p>
            <w:pPr>
              <w:spacing w:after="140" w:line="254" w:lineRule="auto"/>
            </w:pPr>
            <w:r>
              <w:rPr>
                <w:rFonts w:ascii="Times New Roman" w:hAnsi="Times New Roman"/>
                <w:b w:val="0"/>
                <w:sz w:val="23"/>
              </w:rPr>
              <w:t>10:30 a.m. Holy Eucharist — Choir and Organ</w:t>
            </w:r>
          </w:p>
          <w:p>
            <w:pPr>
              <w:spacing w:after="140" w:line="254" w:lineRule="auto"/>
            </w:pPr>
            <w:r>
              <w:rPr>
                <w:rFonts w:ascii="Times New Roman" w:hAnsi="Times New Roman"/>
                <w:b w:val="0"/>
                <w:sz w:val="23"/>
              </w:rPr>
              <w:t>Nursery: Sundays, 9:00 a.m.–noon</w:t>
            </w:r>
          </w:p>
          <w:p>
            <w:pPr>
              <w:spacing w:after="140" w:line="254" w:lineRule="auto"/>
            </w:pPr>
            <w:r>
              <w:rPr>
                <w:rFonts w:ascii="Times New Roman" w:hAnsi="Times New Roman"/>
                <w:b w:val="0"/>
                <w:sz w:val="23"/>
              </w:rPr>
              <w:t>Midweek Prayer: Wednesday, noon</w:t>
            </w:r>
          </w:p>
          <w:p>
            <w:pPr>
              <w:spacing w:after="140" w:line="254" w:lineRule="auto"/>
            </w:pPr>
            <w:r>
              <w:rPr>
                <w:rFonts w:ascii="Times New Roman" w:hAnsi="Times New Roman"/>
                <w:b w:val="0"/>
                <w:sz w:val="23"/>
              </w:rPr>
              <w:t>The Episcopal Church welcomes you.</w:t>
            </w:r>
          </w:p>
        </w:tc>
      </w:tr>
    </w:tbl>
    <w:p>
      <w:r>
        <w:br w:type="page"/>
      </w:r>
    </w:p>
    <w:p>
      <w:pPr>
        <w:spacing w:after="240" w:line="254" w:lineRule="auto"/>
      </w:pPr>
      <w:r>
        <w:rPr>
          <w:rFonts w:ascii="Times New Roman" w:hAnsi="Times New Roman"/>
          <w:b/>
          <w:color w:val="174A7D"/>
          <w:sz w:val="46"/>
        </w:rPr>
        <w:t>St. Peter’s Episcopal Church</w:t>
      </w:r>
    </w:p>
    <w:p>
      <w:pPr>
        <w:spacing w:after="240" w:line="254" w:lineRule="auto"/>
      </w:pPr>
      <w:r>
        <w:rPr>
          <w:rFonts w:ascii="Times New Roman" w:hAnsi="Times New Roman"/>
          <w:b w:val="0"/>
          <w:sz w:val="22"/>
        </w:rPr>
        <w:t>Staff • Vestry and Officers • Parish Commitments</w:t>
      </w:r>
    </w:p>
    <w:tbl>
      <w:tblPr>
        <w:tblW w:type="auto" w:w="0"/>
        <w:tblLayout w:type="fixed"/>
        <w:tblLook w:firstColumn="1" w:firstRow="1" w:lastColumn="0" w:lastRow="0" w:noHBand="0" w:noVBand="1" w:val="04A0"/>
      </w:tblPr>
      <w:tblGrid>
        <w:gridCol w:w="5184"/>
        <w:gridCol w:w="5184"/>
      </w:tblGrid>
      <w:tr>
        <w:tc>
          <w:tcPr>
            <w:tcW w:type="dxa" w:w="5328"/>
          </w:tcPr>
          <w:p>
            <w:pPr>
              <w:spacing w:after="140" w:line="254" w:lineRule="auto"/>
            </w:pPr>
            <w:r>
              <w:rPr>
                <w:rFonts w:ascii="Times New Roman" w:hAnsi="Times New Roman"/>
                <w:b/>
                <w:color w:val="174A7D"/>
                <w:sz w:val="36"/>
              </w:rPr>
              <w:t>St. Peter’s Staff</w:t>
            </w:r>
          </w:p>
          <w:p>
            <w:pPr>
              <w:spacing w:after="140" w:line="254" w:lineRule="auto"/>
            </w:pPr>
            <w:r>
              <w:rPr>
                <w:rFonts w:ascii="Times New Roman" w:hAnsi="Times New Roman"/>
                <w:b w:val="0"/>
                <w:sz w:val="23"/>
              </w:rPr>
              <w:t>The Rev. Patrick Miller — Interim Rector</w:t>
              <w:br/>
              <w:t>revpjm@gmail.com</w:t>
            </w:r>
          </w:p>
          <w:p>
            <w:pPr>
              <w:spacing w:after="140" w:line="254" w:lineRule="auto"/>
            </w:pPr>
            <w:r>
              <w:rPr>
                <w:rFonts w:ascii="Times New Roman" w:hAnsi="Times New Roman"/>
                <w:b w:val="0"/>
                <w:sz w:val="23"/>
              </w:rPr>
              <w:t>Dr. Joanne Clark — Music Director</w:t>
              <w:br/>
              <w:t>music@stpetersbrenham.org</w:t>
            </w:r>
          </w:p>
          <w:p>
            <w:pPr>
              <w:spacing w:after="140" w:line="254" w:lineRule="auto"/>
            </w:pPr>
            <w:r>
              <w:rPr>
                <w:rFonts w:ascii="Times New Roman" w:hAnsi="Times New Roman"/>
                <w:b w:val="0"/>
                <w:sz w:val="23"/>
              </w:rPr>
              <w:t>Reka Pennington — Parish Administrator</w:t>
              <w:br/>
              <w:t>admin@stpetersbrenham.org</w:t>
            </w:r>
          </w:p>
          <w:p>
            <w:pPr>
              <w:spacing w:after="140" w:line="254" w:lineRule="auto"/>
            </w:pPr>
            <w:r>
              <w:rPr>
                <w:rFonts w:ascii="Times New Roman" w:hAnsi="Times New Roman"/>
                <w:b/>
                <w:color w:val="174A7D"/>
                <w:sz w:val="36"/>
              </w:rPr>
              <w:t>Parish Commitments</w:t>
            </w:r>
          </w:p>
          <w:p>
            <w:pPr>
              <w:spacing w:after="140" w:line="254" w:lineRule="auto"/>
            </w:pPr>
            <w:r>
              <w:rPr>
                <w:rFonts w:ascii="Times New Roman" w:hAnsi="Times New Roman"/>
                <w:b w:val="0"/>
                <w:sz w:val="23"/>
              </w:rPr>
              <w:t>Committed to Biblical Faithfulness</w:t>
            </w:r>
          </w:p>
          <w:p>
            <w:pPr>
              <w:spacing w:after="140" w:line="254" w:lineRule="auto"/>
            </w:pPr>
            <w:r>
              <w:rPr>
                <w:rFonts w:ascii="Times New Roman" w:hAnsi="Times New Roman"/>
                <w:b w:val="0"/>
                <w:sz w:val="23"/>
              </w:rPr>
              <w:t>Striving for Beauty in Worship</w:t>
            </w:r>
          </w:p>
          <w:p>
            <w:pPr>
              <w:spacing w:after="140" w:line="254" w:lineRule="auto"/>
            </w:pPr>
            <w:r>
              <w:rPr>
                <w:rFonts w:ascii="Times New Roman" w:hAnsi="Times New Roman"/>
                <w:b w:val="0"/>
                <w:sz w:val="23"/>
              </w:rPr>
              <w:t>Building Strong Families and Children</w:t>
            </w:r>
          </w:p>
        </w:tc>
        <w:tc>
          <w:tcPr>
            <w:tcW w:type="dxa" w:w="5328"/>
          </w:tcPr>
          <w:p>
            <w:pPr>
              <w:spacing w:after="140" w:line="254" w:lineRule="auto"/>
            </w:pPr>
            <w:r>
              <w:rPr>
                <w:rFonts w:ascii="Times New Roman" w:hAnsi="Times New Roman"/>
                <w:b/>
                <w:color w:val="174A7D"/>
                <w:sz w:val="36"/>
              </w:rPr>
              <w:t>Vestry &amp; Officers</w:t>
            </w:r>
          </w:p>
          <w:p>
            <w:pPr>
              <w:spacing w:after="140" w:line="254" w:lineRule="auto"/>
            </w:pPr>
            <w:r>
              <w:rPr>
                <w:rFonts w:ascii="Times New Roman" w:hAnsi="Times New Roman"/>
                <w:b w:val="0"/>
                <w:sz w:val="23"/>
              </w:rPr>
              <w:t>Charles Schubert — Senior Warden</w:t>
              <w:br/>
              <w:t>clschubert@sbcglobal.net</w:t>
            </w:r>
          </w:p>
          <w:p>
            <w:pPr>
              <w:spacing w:after="140" w:line="254" w:lineRule="auto"/>
            </w:pPr>
            <w:r>
              <w:rPr>
                <w:rFonts w:ascii="Times New Roman" w:hAnsi="Times New Roman"/>
                <w:b w:val="0"/>
                <w:sz w:val="23"/>
              </w:rPr>
              <w:t>Tom Bullock, Jr. — Junior Warden</w:t>
              <w:br/>
              <w:t>tombullock@sbcglobal.net</w:t>
            </w:r>
          </w:p>
          <w:p>
            <w:pPr>
              <w:spacing w:after="140" w:line="254" w:lineRule="auto"/>
            </w:pPr>
            <w:r>
              <w:rPr>
                <w:rFonts w:ascii="Times New Roman" w:hAnsi="Times New Roman"/>
                <w:b w:val="0"/>
                <w:sz w:val="23"/>
              </w:rPr>
              <w:t>Bill Davis — Treasurer</w:t>
              <w:br/>
              <w:t>bdavisbpi@gmail.com</w:t>
            </w:r>
          </w:p>
          <w:p>
            <w:pPr>
              <w:spacing w:after="140" w:line="254" w:lineRule="auto"/>
            </w:pPr>
            <w:r>
              <w:rPr>
                <w:rFonts w:ascii="Times New Roman" w:hAnsi="Times New Roman"/>
                <w:b w:val="0"/>
                <w:sz w:val="23"/>
              </w:rPr>
              <w:t>Marlyn Antkowiak — Vestry</w:t>
            </w:r>
          </w:p>
          <w:p>
            <w:pPr>
              <w:spacing w:after="140" w:line="254" w:lineRule="auto"/>
            </w:pPr>
            <w:r>
              <w:rPr>
                <w:rFonts w:ascii="Times New Roman" w:hAnsi="Times New Roman"/>
                <w:b w:val="0"/>
                <w:sz w:val="23"/>
              </w:rPr>
              <w:t>Shane Barton — Vestry</w:t>
            </w:r>
          </w:p>
          <w:p>
            <w:pPr>
              <w:spacing w:after="140" w:line="254" w:lineRule="auto"/>
            </w:pPr>
            <w:r>
              <w:rPr>
                <w:rFonts w:ascii="Times New Roman" w:hAnsi="Times New Roman"/>
                <w:b w:val="0"/>
                <w:sz w:val="23"/>
              </w:rPr>
              <w:t>Gerrald Giblin — Vestry</w:t>
            </w:r>
          </w:p>
          <w:p>
            <w:pPr>
              <w:spacing w:after="140" w:line="254" w:lineRule="auto"/>
            </w:pPr>
            <w:r>
              <w:rPr>
                <w:rFonts w:ascii="Times New Roman" w:hAnsi="Times New Roman"/>
                <w:b w:val="0"/>
                <w:sz w:val="23"/>
              </w:rPr>
              <w:t>Richard Magness — Vestry</w:t>
            </w:r>
          </w:p>
          <w:p>
            <w:pPr>
              <w:spacing w:after="140" w:line="254" w:lineRule="auto"/>
            </w:pPr>
            <w:r>
              <w:rPr>
                <w:rFonts w:ascii="Times New Roman" w:hAnsi="Times New Roman"/>
                <w:b w:val="0"/>
                <w:sz w:val="23"/>
              </w:rPr>
              <w:t>Tiffany Morisak — Vestry</w:t>
            </w:r>
          </w:p>
          <w:p>
            <w:pPr>
              <w:spacing w:after="140" w:line="254" w:lineRule="auto"/>
            </w:pPr>
            <w:r>
              <w:rPr>
                <w:rFonts w:ascii="Times New Roman" w:hAnsi="Times New Roman"/>
                <w:b w:val="0"/>
                <w:sz w:val="23"/>
              </w:rPr>
              <w:t>Doug Peck — Vestry</w:t>
            </w:r>
          </w:p>
          <w:p>
            <w:pPr>
              <w:spacing w:after="140" w:line="254" w:lineRule="auto"/>
            </w:pPr>
            <w:r>
              <w:rPr>
                <w:rFonts w:ascii="Times New Roman" w:hAnsi="Times New Roman"/>
                <w:b w:val="0"/>
                <w:sz w:val="23"/>
              </w:rPr>
              <w:t>Reka Pennington — Clerk of the Vestry</w:t>
            </w:r>
          </w:p>
        </w:tc>
      </w:tr>
    </w:tbl>
    <w:p>
      <w:r>
        <w:br w:type="page"/>
      </w:r>
    </w:p>
    <w:p>
      <w:pPr>
        <w:spacing w:after="240" w:line="254" w:lineRule="auto"/>
      </w:pPr>
      <w:r>
        <w:rPr>
          <w:rFonts w:ascii="Times New Roman" w:hAnsi="Times New Roman"/>
          <w:b/>
          <w:color w:val="174A7D"/>
          <w:sz w:val="46"/>
        </w:rPr>
        <w:t>September Activities</w:t>
      </w:r>
    </w:p>
    <w:p>
      <w:pPr>
        <w:spacing w:after="240" w:line="254" w:lineRule="auto"/>
      </w:pPr>
      <w:r>
        <w:rPr>
          <w:rFonts w:ascii="Times New Roman" w:hAnsi="Times New Roman"/>
          <w:b w:val="0"/>
          <w:sz w:val="22"/>
        </w:rPr>
        <w:t>Weekly gatherings and special dates</w:t>
      </w:r>
    </w:p>
    <w:tbl>
      <w:tblPr>
        <w:tblW w:type="auto" w:w="0"/>
        <w:tblLayout w:type="fixed"/>
        <w:tblLook w:firstColumn="1" w:firstRow="1" w:lastColumn="0" w:lastRow="0" w:noHBand="0" w:noVBand="1" w:val="04A0"/>
      </w:tblPr>
      <w:tblGrid>
        <w:gridCol w:w="5184"/>
        <w:gridCol w:w="5184"/>
      </w:tblGrid>
      <w:tr>
        <w:tc>
          <w:tcPr>
            <w:tcW w:type="dxa" w:w="5328"/>
          </w:tcPr>
          <w:p>
            <w:pPr>
              <w:spacing w:after="80" w:line="254" w:lineRule="auto"/>
            </w:pPr>
            <w:r>
              <w:rPr>
                <w:rFonts w:ascii="Times New Roman" w:hAnsi="Times New Roman"/>
                <w:b/>
                <w:color w:val="174A7D"/>
                <w:sz w:val="26"/>
              </w:rPr>
              <w:t>Sunday</w:t>
            </w:r>
          </w:p>
          <w:p>
            <w:pPr>
              <w:spacing w:after="60" w:line="254" w:lineRule="auto"/>
            </w:pPr>
            <w:r>
              <w:rPr>
                <w:rFonts w:ascii="Times New Roman" w:hAnsi="Times New Roman"/>
                <w:b w:val="0"/>
                <w:sz w:val="21"/>
              </w:rPr>
              <w:t>8:00 AM  Holy Eucharist</w:t>
            </w:r>
          </w:p>
          <w:p>
            <w:pPr>
              <w:spacing w:after="60" w:line="254" w:lineRule="auto"/>
            </w:pPr>
            <w:r>
              <w:rPr>
                <w:rFonts w:ascii="Times New Roman" w:hAnsi="Times New Roman"/>
                <w:b w:val="0"/>
                <w:sz w:val="21"/>
              </w:rPr>
              <w:t>9:00 AM–12:00 PM  Nursery</w:t>
            </w:r>
          </w:p>
          <w:p>
            <w:pPr>
              <w:spacing w:after="60" w:line="254" w:lineRule="auto"/>
            </w:pPr>
            <w:r>
              <w:rPr>
                <w:rFonts w:ascii="Times New Roman" w:hAnsi="Times New Roman"/>
                <w:b w:val="0"/>
                <w:sz w:val="21"/>
              </w:rPr>
              <w:t>10:30 AM  Holy Eucharist</w:t>
            </w:r>
          </w:p>
          <w:p>
            <w:pPr>
              <w:spacing w:after="80" w:line="254" w:lineRule="auto"/>
            </w:pPr>
            <w:r>
              <w:rPr>
                <w:rFonts w:ascii="Times New Roman" w:hAnsi="Times New Roman"/>
                <w:b/>
                <w:color w:val="174A7D"/>
                <w:sz w:val="26"/>
              </w:rPr>
              <w:t>Monday</w:t>
            </w:r>
          </w:p>
          <w:p>
            <w:pPr>
              <w:spacing w:after="60" w:line="254" w:lineRule="auto"/>
            </w:pPr>
            <w:r>
              <w:rPr>
                <w:rFonts w:ascii="Times New Roman" w:hAnsi="Times New Roman"/>
                <w:b w:val="0"/>
                <w:sz w:val="21"/>
              </w:rPr>
              <w:t>9:30 AM  Low Impact Exercise Class</w:t>
            </w:r>
          </w:p>
          <w:p>
            <w:pPr>
              <w:spacing w:after="60" w:line="254" w:lineRule="auto"/>
            </w:pPr>
            <w:r>
              <w:rPr>
                <w:rFonts w:ascii="Times New Roman" w:hAnsi="Times New Roman"/>
                <w:b w:val="0"/>
                <w:sz w:val="21"/>
              </w:rPr>
              <w:t>6:30 PM  Alcoholics Anonymous</w:t>
            </w:r>
          </w:p>
          <w:p>
            <w:pPr>
              <w:spacing w:after="80" w:line="254" w:lineRule="auto"/>
            </w:pPr>
            <w:r>
              <w:rPr>
                <w:rFonts w:ascii="Times New Roman" w:hAnsi="Times New Roman"/>
                <w:b/>
                <w:color w:val="174A7D"/>
                <w:sz w:val="26"/>
              </w:rPr>
              <w:t>Tuesday</w:t>
            </w:r>
          </w:p>
          <w:p>
            <w:pPr>
              <w:spacing w:after="60" w:line="254" w:lineRule="auto"/>
            </w:pPr>
            <w:r>
              <w:rPr>
                <w:rFonts w:ascii="Times New Roman" w:hAnsi="Times New Roman"/>
                <w:b w:val="0"/>
                <w:sz w:val="21"/>
              </w:rPr>
              <w:t>9:30 AM  Bountiful Blessings</w:t>
            </w:r>
          </w:p>
          <w:p>
            <w:pPr>
              <w:spacing w:after="60" w:line="254" w:lineRule="auto"/>
            </w:pPr>
            <w:r>
              <w:rPr>
                <w:rFonts w:ascii="Times New Roman" w:hAnsi="Times New Roman"/>
                <w:b w:val="0"/>
                <w:sz w:val="21"/>
              </w:rPr>
              <w:t>11:00 AM–2:00 PM  Food Pantry</w:t>
            </w:r>
          </w:p>
          <w:p>
            <w:pPr>
              <w:spacing w:after="60" w:line="254" w:lineRule="auto"/>
            </w:pPr>
            <w:r>
              <w:rPr>
                <w:rFonts w:ascii="Times New Roman" w:hAnsi="Times New Roman"/>
                <w:b w:val="0"/>
                <w:sz w:val="21"/>
              </w:rPr>
              <w:t>12:00 PM  Alcoholics Anonymous</w:t>
            </w:r>
          </w:p>
          <w:p>
            <w:pPr>
              <w:spacing w:after="60" w:line="254" w:lineRule="auto"/>
            </w:pPr>
            <w:r>
              <w:rPr>
                <w:rFonts w:ascii="Times New Roman" w:hAnsi="Times New Roman"/>
                <w:b w:val="0"/>
                <w:sz w:val="21"/>
              </w:rPr>
              <w:t>1:30 PM  Tuesday Book</w:t>
            </w:r>
          </w:p>
          <w:p>
            <w:pPr>
              <w:spacing w:after="60" w:line="254" w:lineRule="auto"/>
            </w:pPr>
            <w:r>
              <w:rPr>
                <w:rFonts w:ascii="Times New Roman" w:hAnsi="Times New Roman"/>
                <w:b w:val="0"/>
                <w:sz w:val="21"/>
              </w:rPr>
              <w:t>5:15 PM  Choir Rehearsal</w:t>
            </w:r>
          </w:p>
          <w:p>
            <w:pPr>
              <w:spacing w:after="60" w:line="254" w:lineRule="auto"/>
            </w:pPr>
            <w:r>
              <w:rPr>
                <w:rFonts w:ascii="Times New Roman" w:hAnsi="Times New Roman"/>
                <w:b w:val="0"/>
                <w:sz w:val="21"/>
              </w:rPr>
              <w:t>6:00 PM  Al-Anon</w:t>
            </w:r>
          </w:p>
          <w:p>
            <w:pPr>
              <w:spacing w:after="80" w:line="254" w:lineRule="auto"/>
            </w:pPr>
            <w:r>
              <w:rPr>
                <w:rFonts w:ascii="Times New Roman" w:hAnsi="Times New Roman"/>
                <w:b/>
                <w:color w:val="174A7D"/>
                <w:sz w:val="26"/>
              </w:rPr>
              <w:t>Wednesday</w:t>
            </w:r>
          </w:p>
          <w:p>
            <w:pPr>
              <w:spacing w:after="60" w:line="254" w:lineRule="auto"/>
            </w:pPr>
            <w:r>
              <w:rPr>
                <w:rFonts w:ascii="Times New Roman" w:hAnsi="Times New Roman"/>
                <w:b w:val="0"/>
                <w:sz w:val="21"/>
              </w:rPr>
              <w:t>7:30 AM  Chamber</w:t>
            </w:r>
          </w:p>
          <w:p>
            <w:pPr>
              <w:spacing w:after="60" w:line="254" w:lineRule="auto"/>
            </w:pPr>
            <w:r>
              <w:rPr>
                <w:rFonts w:ascii="Times New Roman" w:hAnsi="Times New Roman"/>
                <w:b w:val="0"/>
                <w:sz w:val="21"/>
              </w:rPr>
              <w:t>9:30 AM  Low Impact Exercise Class</w:t>
            </w:r>
          </w:p>
          <w:p>
            <w:pPr>
              <w:spacing w:after="60" w:line="254" w:lineRule="auto"/>
            </w:pPr>
            <w:r>
              <w:rPr>
                <w:rFonts w:ascii="Times New Roman" w:hAnsi="Times New Roman"/>
                <w:b w:val="0"/>
                <w:sz w:val="21"/>
              </w:rPr>
              <w:t>10:00 AM  Bible Study</w:t>
            </w:r>
          </w:p>
          <w:p>
            <w:pPr>
              <w:spacing w:after="60" w:line="254" w:lineRule="auto"/>
            </w:pPr>
            <w:r>
              <w:rPr>
                <w:rFonts w:ascii="Times New Roman" w:hAnsi="Times New Roman"/>
                <w:b w:val="0"/>
                <w:sz w:val="21"/>
              </w:rPr>
              <w:t>11:00 AM–2:00 PM  Food Pantry</w:t>
            </w:r>
          </w:p>
          <w:p>
            <w:pPr>
              <w:spacing w:after="60" w:line="254" w:lineRule="auto"/>
            </w:pPr>
            <w:r>
              <w:rPr>
                <w:rFonts w:ascii="Times New Roman" w:hAnsi="Times New Roman"/>
                <w:b w:val="0"/>
                <w:sz w:val="21"/>
              </w:rPr>
              <w:t>12:00 PM  Prayer with Holy Communion</w:t>
            </w:r>
          </w:p>
          <w:p>
            <w:pPr>
              <w:spacing w:after="60" w:line="254" w:lineRule="auto"/>
            </w:pPr>
            <w:r>
              <w:rPr>
                <w:rFonts w:ascii="Times New Roman" w:hAnsi="Times New Roman"/>
                <w:b w:val="0"/>
                <w:sz w:val="21"/>
              </w:rPr>
              <w:t>6:30 PM  Alcoholics Anonymous</w:t>
            </w:r>
          </w:p>
          <w:p>
            <w:pPr>
              <w:spacing w:after="80" w:line="254" w:lineRule="auto"/>
            </w:pPr>
            <w:r>
              <w:rPr>
                <w:rFonts w:ascii="Times New Roman" w:hAnsi="Times New Roman"/>
                <w:b/>
                <w:color w:val="174A7D"/>
                <w:sz w:val="26"/>
              </w:rPr>
              <w:t>Thursday</w:t>
            </w:r>
          </w:p>
          <w:p>
            <w:pPr>
              <w:spacing w:after="60" w:line="254" w:lineRule="auto"/>
            </w:pPr>
            <w:r>
              <w:rPr>
                <w:rFonts w:ascii="Times New Roman" w:hAnsi="Times New Roman"/>
                <w:b w:val="0"/>
                <w:sz w:val="21"/>
              </w:rPr>
              <w:t>No standing weekly events listed.</w:t>
            </w:r>
          </w:p>
          <w:p>
            <w:pPr>
              <w:spacing w:after="80" w:line="254" w:lineRule="auto"/>
            </w:pPr>
            <w:r>
              <w:rPr>
                <w:rFonts w:ascii="Times New Roman" w:hAnsi="Times New Roman"/>
                <w:b/>
                <w:color w:val="174A7D"/>
                <w:sz w:val="26"/>
              </w:rPr>
              <w:t>Friday</w:t>
            </w:r>
          </w:p>
          <w:p>
            <w:pPr>
              <w:spacing w:after="60" w:line="254" w:lineRule="auto"/>
            </w:pPr>
            <w:r>
              <w:rPr>
                <w:rFonts w:ascii="Times New Roman" w:hAnsi="Times New Roman"/>
                <w:b w:val="0"/>
                <w:sz w:val="21"/>
              </w:rPr>
              <w:t>8:30 AM  Men’s Prayer Breakfast</w:t>
            </w:r>
          </w:p>
          <w:p>
            <w:pPr>
              <w:spacing w:after="60" w:line="254" w:lineRule="auto"/>
            </w:pPr>
            <w:r>
              <w:rPr>
                <w:rFonts w:ascii="Times New Roman" w:hAnsi="Times New Roman"/>
                <w:b w:val="0"/>
                <w:sz w:val="21"/>
              </w:rPr>
              <w:t>9:30 AM  Exercise Class</w:t>
            </w:r>
          </w:p>
          <w:p>
            <w:pPr>
              <w:spacing w:after="60" w:line="254" w:lineRule="auto"/>
            </w:pPr>
            <w:r>
              <w:rPr>
                <w:rFonts w:ascii="Times New Roman" w:hAnsi="Times New Roman"/>
                <w:b w:val="0"/>
                <w:sz w:val="21"/>
              </w:rPr>
              <w:t>12:00 PM  Alcoholics Anonymous</w:t>
            </w:r>
          </w:p>
          <w:p>
            <w:pPr>
              <w:spacing w:after="80" w:line="254" w:lineRule="auto"/>
            </w:pPr>
            <w:r>
              <w:rPr>
                <w:rFonts w:ascii="Times New Roman" w:hAnsi="Times New Roman"/>
                <w:b/>
                <w:color w:val="174A7D"/>
                <w:sz w:val="26"/>
              </w:rPr>
              <w:t>Saturday</w:t>
            </w:r>
          </w:p>
          <w:p>
            <w:pPr>
              <w:spacing w:after="60" w:line="254" w:lineRule="auto"/>
            </w:pPr>
            <w:r>
              <w:rPr>
                <w:rFonts w:ascii="Times New Roman" w:hAnsi="Times New Roman"/>
                <w:b w:val="0"/>
                <w:sz w:val="21"/>
              </w:rPr>
              <w:t>7:00 PM  Alcoholics Anonymous</w:t>
            </w:r>
          </w:p>
        </w:tc>
        <w:tc>
          <w:tcPr>
            <w:tcW w:type="dxa" w:w="5328"/>
          </w:tcPr>
          <w:p>
            <w:pPr>
              <w:spacing w:after="80" w:line="254" w:lineRule="auto"/>
            </w:pPr>
            <w:r>
              <w:rPr>
                <w:rFonts w:ascii="Times New Roman" w:hAnsi="Times New Roman"/>
                <w:b/>
                <w:color w:val="174A7D"/>
                <w:sz w:val="24"/>
              </w:rPr>
              <w:t>September 4</w:t>
            </w:r>
          </w:p>
          <w:p>
            <w:pPr>
              <w:spacing w:after="80" w:line="254" w:lineRule="auto"/>
            </w:pPr>
            <w:r>
              <w:rPr>
                <w:rFonts w:ascii="Times New Roman" w:hAnsi="Times New Roman"/>
                <w:b w:val="0"/>
                <w:sz w:val="21"/>
              </w:rPr>
              <w:t>9:30 AM  Mobile Food Pantry</w:t>
            </w:r>
          </w:p>
          <w:p>
            <w:pPr>
              <w:spacing w:after="80" w:line="254" w:lineRule="auto"/>
            </w:pPr>
            <w:r>
              <w:rPr>
                <w:rFonts w:ascii="Times New Roman" w:hAnsi="Times New Roman"/>
                <w:b/>
                <w:color w:val="174A7D"/>
                <w:sz w:val="24"/>
              </w:rPr>
              <w:t>September 5</w:t>
            </w:r>
          </w:p>
          <w:p>
            <w:pPr>
              <w:spacing w:after="80" w:line="254" w:lineRule="auto"/>
            </w:pPr>
            <w:r>
              <w:rPr>
                <w:rFonts w:ascii="Times New Roman" w:hAnsi="Times New Roman"/>
                <w:b w:val="0"/>
                <w:sz w:val="21"/>
              </w:rPr>
              <w:t>9:00 AM  Altar Guild</w:t>
            </w:r>
          </w:p>
          <w:p>
            <w:pPr>
              <w:spacing w:after="80" w:line="254" w:lineRule="auto"/>
            </w:pPr>
            <w:r>
              <w:rPr>
                <w:rFonts w:ascii="Times New Roman" w:hAnsi="Times New Roman"/>
                <w:b/>
                <w:color w:val="174A7D"/>
                <w:sz w:val="24"/>
              </w:rPr>
              <w:t>September 6</w:t>
            </w:r>
          </w:p>
          <w:p>
            <w:pPr>
              <w:spacing w:after="80" w:line="254" w:lineRule="auto"/>
            </w:pPr>
            <w:r>
              <w:rPr>
                <w:rFonts w:ascii="Times New Roman" w:hAnsi="Times New Roman"/>
                <w:b w:val="0"/>
                <w:sz w:val="21"/>
              </w:rPr>
              <w:t>15th Sunday after Pentecost (Proper 18A)</w:t>
            </w:r>
          </w:p>
          <w:p>
            <w:pPr>
              <w:spacing w:after="80" w:line="254" w:lineRule="auto"/>
            </w:pPr>
            <w:r>
              <w:rPr>
                <w:rFonts w:ascii="Times New Roman" w:hAnsi="Times New Roman"/>
                <w:b w:val="0"/>
                <w:sz w:val="21"/>
              </w:rPr>
              <w:t>9:00 AM  First Sunday Breakfast — Lower Deck</w:t>
            </w:r>
          </w:p>
          <w:p>
            <w:pPr>
              <w:spacing w:after="80" w:line="254" w:lineRule="auto"/>
            </w:pPr>
            <w:r>
              <w:rPr>
                <w:rFonts w:ascii="Times New Roman" w:hAnsi="Times New Roman"/>
                <w:b w:val="0"/>
                <w:sz w:val="21"/>
              </w:rPr>
              <w:t>After 10:30 AM service  Daughters of the King</w:t>
            </w:r>
          </w:p>
          <w:p>
            <w:pPr>
              <w:spacing w:after="80" w:line="254" w:lineRule="auto"/>
            </w:pPr>
            <w:r>
              <w:rPr>
                <w:rFonts w:ascii="Times New Roman" w:hAnsi="Times New Roman"/>
                <w:b/>
                <w:color w:val="174A7D"/>
                <w:sz w:val="24"/>
              </w:rPr>
              <w:t>September 10</w:t>
            </w:r>
          </w:p>
          <w:p>
            <w:pPr>
              <w:spacing w:after="80" w:line="254" w:lineRule="auto"/>
            </w:pPr>
            <w:r>
              <w:rPr>
                <w:rFonts w:ascii="Times New Roman" w:hAnsi="Times New Roman"/>
                <w:b w:val="0"/>
                <w:sz w:val="21"/>
              </w:rPr>
              <w:t>1:00 PM  Knit Together in Love</w:t>
            </w:r>
          </w:p>
          <w:p>
            <w:pPr>
              <w:spacing w:after="80" w:line="254" w:lineRule="auto"/>
            </w:pPr>
            <w:r>
              <w:rPr>
                <w:rFonts w:ascii="Times New Roman" w:hAnsi="Times New Roman"/>
                <w:b/>
                <w:color w:val="174A7D"/>
                <w:sz w:val="24"/>
              </w:rPr>
              <w:t>September 12</w:t>
            </w:r>
          </w:p>
          <w:p>
            <w:pPr>
              <w:spacing w:after="80" w:line="254" w:lineRule="auto"/>
            </w:pPr>
            <w:r>
              <w:rPr>
                <w:rFonts w:ascii="Times New Roman" w:hAnsi="Times New Roman"/>
                <w:b w:val="0"/>
                <w:sz w:val="21"/>
              </w:rPr>
              <w:t>9:00 AM  Altar Guild</w:t>
            </w:r>
          </w:p>
          <w:p>
            <w:pPr>
              <w:spacing w:after="80" w:line="254" w:lineRule="auto"/>
            </w:pPr>
            <w:r>
              <w:rPr>
                <w:rFonts w:ascii="Times New Roman" w:hAnsi="Times New Roman"/>
                <w:b/>
                <w:color w:val="174A7D"/>
                <w:sz w:val="24"/>
              </w:rPr>
              <w:t>September 13</w:t>
            </w:r>
          </w:p>
          <w:p>
            <w:pPr>
              <w:spacing w:after="80" w:line="254" w:lineRule="auto"/>
            </w:pPr>
            <w:r>
              <w:rPr>
                <w:rFonts w:ascii="Times New Roman" w:hAnsi="Times New Roman"/>
                <w:b w:val="0"/>
                <w:sz w:val="21"/>
              </w:rPr>
              <w:t>16th Sunday after Pentecost (Proper 19A)</w:t>
            </w:r>
          </w:p>
          <w:p>
            <w:pPr>
              <w:spacing w:after="80" w:line="254" w:lineRule="auto"/>
            </w:pPr>
            <w:r>
              <w:rPr>
                <w:rFonts w:ascii="Times New Roman" w:hAnsi="Times New Roman"/>
                <w:b/>
                <w:color w:val="174A7D"/>
                <w:sz w:val="24"/>
              </w:rPr>
              <w:t>September 15</w:t>
            </w:r>
          </w:p>
          <w:p>
            <w:pPr>
              <w:spacing w:after="80" w:line="254" w:lineRule="auto"/>
            </w:pPr>
            <w:r>
              <w:rPr>
                <w:rFonts w:ascii="Times New Roman" w:hAnsi="Times New Roman"/>
                <w:b w:val="0"/>
                <w:sz w:val="21"/>
              </w:rPr>
              <w:t>6:00 PM  Vestry</w:t>
            </w:r>
          </w:p>
          <w:p>
            <w:pPr>
              <w:spacing w:after="80" w:line="254" w:lineRule="auto"/>
            </w:pPr>
            <w:r>
              <w:rPr>
                <w:rFonts w:ascii="Times New Roman" w:hAnsi="Times New Roman"/>
                <w:b/>
                <w:color w:val="174A7D"/>
                <w:sz w:val="24"/>
              </w:rPr>
              <w:t>September 18</w:t>
            </w:r>
          </w:p>
          <w:p>
            <w:pPr>
              <w:spacing w:after="80" w:line="254" w:lineRule="auto"/>
            </w:pPr>
            <w:r>
              <w:rPr>
                <w:rFonts w:ascii="Times New Roman" w:hAnsi="Times New Roman"/>
                <w:b w:val="0"/>
                <w:sz w:val="21"/>
              </w:rPr>
              <w:t>2:00 PM  Monthly Book Club</w:t>
            </w:r>
          </w:p>
          <w:p>
            <w:pPr>
              <w:spacing w:after="80" w:line="254" w:lineRule="auto"/>
            </w:pPr>
            <w:r>
              <w:rPr>
                <w:rFonts w:ascii="Times New Roman" w:hAnsi="Times New Roman"/>
                <w:b/>
                <w:color w:val="174A7D"/>
                <w:sz w:val="24"/>
              </w:rPr>
              <w:t>September 19</w:t>
            </w:r>
          </w:p>
          <w:p>
            <w:pPr>
              <w:spacing w:after="80" w:line="254" w:lineRule="auto"/>
            </w:pPr>
            <w:r>
              <w:rPr>
                <w:rFonts w:ascii="Times New Roman" w:hAnsi="Times New Roman"/>
                <w:b w:val="0"/>
                <w:sz w:val="21"/>
              </w:rPr>
              <w:t>9:00 AM  Altar Guild</w:t>
            </w:r>
          </w:p>
          <w:p>
            <w:pPr>
              <w:spacing w:after="80" w:line="254" w:lineRule="auto"/>
            </w:pPr>
            <w:r>
              <w:rPr>
                <w:rFonts w:ascii="Times New Roman" w:hAnsi="Times New Roman"/>
                <w:b/>
                <w:color w:val="174A7D"/>
                <w:sz w:val="24"/>
              </w:rPr>
              <w:t>September 20</w:t>
            </w:r>
          </w:p>
          <w:p>
            <w:pPr>
              <w:spacing w:after="80" w:line="254" w:lineRule="auto"/>
            </w:pPr>
            <w:r>
              <w:rPr>
                <w:rFonts w:ascii="Times New Roman" w:hAnsi="Times New Roman"/>
                <w:b w:val="0"/>
                <w:sz w:val="21"/>
              </w:rPr>
              <w:t>17th Sunday after Pentecost (Proper 20A)</w:t>
            </w:r>
          </w:p>
          <w:p>
            <w:pPr>
              <w:spacing w:after="80" w:line="254" w:lineRule="auto"/>
            </w:pPr>
            <w:r>
              <w:rPr>
                <w:rFonts w:ascii="Times New Roman" w:hAnsi="Times New Roman"/>
                <w:b/>
                <w:color w:val="174A7D"/>
                <w:sz w:val="24"/>
              </w:rPr>
              <w:t>September 23</w:t>
            </w:r>
          </w:p>
          <w:p>
            <w:pPr>
              <w:spacing w:after="80" w:line="254" w:lineRule="auto"/>
            </w:pPr>
            <w:r>
              <w:rPr>
                <w:rFonts w:ascii="Times New Roman" w:hAnsi="Times New Roman"/>
                <w:b w:val="0"/>
                <w:sz w:val="21"/>
              </w:rPr>
              <w:t>5:45 PM  Prayer Ministry</w:t>
            </w:r>
          </w:p>
          <w:p>
            <w:pPr>
              <w:spacing w:after="80" w:line="254" w:lineRule="auto"/>
            </w:pPr>
            <w:r>
              <w:rPr>
                <w:rFonts w:ascii="Times New Roman" w:hAnsi="Times New Roman"/>
                <w:b/>
                <w:color w:val="174A7D"/>
                <w:sz w:val="24"/>
              </w:rPr>
              <w:t>September 24</w:t>
            </w:r>
          </w:p>
          <w:p>
            <w:pPr>
              <w:spacing w:after="80" w:line="254" w:lineRule="auto"/>
            </w:pPr>
            <w:r>
              <w:rPr>
                <w:rFonts w:ascii="Times New Roman" w:hAnsi="Times New Roman"/>
                <w:b w:val="0"/>
                <w:sz w:val="21"/>
              </w:rPr>
              <w:t>1:00 PM  Knit Together in Love</w:t>
            </w:r>
          </w:p>
          <w:p>
            <w:pPr>
              <w:spacing w:after="80" w:line="254" w:lineRule="auto"/>
            </w:pPr>
            <w:r>
              <w:rPr>
                <w:rFonts w:ascii="Times New Roman" w:hAnsi="Times New Roman"/>
                <w:b w:val="0"/>
                <w:sz w:val="21"/>
              </w:rPr>
              <w:t>Newsletter Mailout</w:t>
            </w:r>
          </w:p>
          <w:p>
            <w:pPr>
              <w:spacing w:after="80" w:line="254" w:lineRule="auto"/>
            </w:pPr>
            <w:r>
              <w:rPr>
                <w:rFonts w:ascii="Times New Roman" w:hAnsi="Times New Roman"/>
                <w:b/>
                <w:color w:val="174A7D"/>
                <w:sz w:val="24"/>
              </w:rPr>
              <w:t>September 26</w:t>
            </w:r>
          </w:p>
          <w:p>
            <w:pPr>
              <w:spacing w:after="80" w:line="254" w:lineRule="auto"/>
            </w:pPr>
            <w:r>
              <w:rPr>
                <w:rFonts w:ascii="Times New Roman" w:hAnsi="Times New Roman"/>
                <w:b w:val="0"/>
                <w:sz w:val="21"/>
              </w:rPr>
              <w:t>9:00 AM  Altar Guild</w:t>
            </w:r>
          </w:p>
          <w:p>
            <w:pPr>
              <w:spacing w:after="80" w:line="254" w:lineRule="auto"/>
            </w:pPr>
            <w:r>
              <w:rPr>
                <w:rFonts w:ascii="Times New Roman" w:hAnsi="Times New Roman"/>
                <w:b/>
                <w:color w:val="174A7D"/>
                <w:sz w:val="24"/>
              </w:rPr>
              <w:t>September 27</w:t>
            </w:r>
          </w:p>
          <w:p>
            <w:pPr>
              <w:spacing w:after="80" w:line="254" w:lineRule="auto"/>
            </w:pPr>
            <w:r>
              <w:rPr>
                <w:rFonts w:ascii="Times New Roman" w:hAnsi="Times New Roman"/>
                <w:b w:val="0"/>
                <w:sz w:val="21"/>
              </w:rPr>
              <w:t>18th Sunday after Pentecost (Proper 21A)</w:t>
            </w:r>
          </w:p>
        </w:tc>
      </w:tr>
    </w:tbl>
    <w:p>
      <w:pPr>
        <w:sectPr>
          <w:footerReference w:type="default" r:id="rId9"/>
          <w:pgSz w:w="12240" w:h="15840"/>
          <w:pgMar w:top="792" w:right="792" w:bottom="792" w:left="792" w:header="720" w:footer="720" w:gutter="0"/>
          <w:cols w:space="720"/>
          <w:docGrid w:linePitch="360"/>
        </w:sectPr>
      </w:pPr>
    </w:p>
    <w:p>
      <w:pPr>
        <w:spacing w:after="240" w:line="254" w:lineRule="auto"/>
      </w:pPr>
      <w:r>
        <w:rPr>
          <w:rFonts w:ascii="Times New Roman" w:hAnsi="Times New Roman"/>
          <w:b/>
          <w:color w:val="174A7D"/>
          <w:sz w:val="46"/>
        </w:rPr>
        <w:t>September 2026 Calendar</w:t>
      </w:r>
    </w:p>
    <w:p>
      <w:pPr>
        <w:spacing w:after="240" w:line="254" w:lineRule="auto"/>
      </w:pPr>
      <w:r>
        <w:rPr>
          <w:rFonts w:ascii="Times New Roman" w:hAnsi="Times New Roman"/>
          <w:b w:val="0"/>
          <w:sz w:val="22"/>
        </w:rPr>
        <w:t>Weekly activities appear on their dates • See the activities page for the separate list</w:t>
      </w:r>
    </w:p>
    <w:tbl>
      <w:tblPr>
        <w:tblStyle w:val="TableGrid"/>
        <w:tblW w:type="auto" w:w="0"/>
        <w:tblLayout w:type="fixed"/>
        <w:tblLook w:firstColumn="1" w:firstRow="1" w:lastColumn="0" w:lastRow="0" w:noHBand="0" w:noVBand="1" w:val="04A0"/>
      </w:tblPr>
      <w:tblGrid>
        <w:gridCol w:w="2030"/>
        <w:gridCol w:w="2030"/>
        <w:gridCol w:w="2030"/>
        <w:gridCol w:w="2030"/>
        <w:gridCol w:w="2030"/>
        <w:gridCol w:w="2030"/>
        <w:gridCol w:w="2030"/>
      </w:tblGrid>
      <w:tr>
        <w:trPr>
          <w:tblHeader/>
        </w:trPr>
        <w:tc>
          <w:tcPr>
            <w:tcW w:type="dxa" w:w="2037"/>
            <w:shd w:fill="DAE8F4"/>
          </w:tcPr>
          <w:p>
            <w:r>
              <w:t>Sunday</w:t>
            </w:r>
          </w:p>
        </w:tc>
        <w:tc>
          <w:tcPr>
            <w:tcW w:type="dxa" w:w="2037"/>
            <w:shd w:fill="DAE8F4"/>
          </w:tcPr>
          <w:p>
            <w:r>
              <w:t>Monday</w:t>
            </w:r>
          </w:p>
        </w:tc>
        <w:tc>
          <w:tcPr>
            <w:tcW w:type="dxa" w:w="2037"/>
            <w:shd w:fill="DAE8F4"/>
          </w:tcPr>
          <w:p>
            <w:r>
              <w:t>Tuesday</w:t>
            </w:r>
          </w:p>
        </w:tc>
        <w:tc>
          <w:tcPr>
            <w:tcW w:type="dxa" w:w="2037"/>
            <w:shd w:fill="DAE8F4"/>
          </w:tcPr>
          <w:p>
            <w:r>
              <w:t>Wednesday</w:t>
            </w:r>
          </w:p>
        </w:tc>
        <w:tc>
          <w:tcPr>
            <w:tcW w:type="dxa" w:w="2037"/>
            <w:shd w:fill="DAE8F4"/>
          </w:tcPr>
          <w:p>
            <w:r>
              <w:t>Thursday</w:t>
            </w:r>
          </w:p>
        </w:tc>
        <w:tc>
          <w:tcPr>
            <w:tcW w:type="dxa" w:w="2037"/>
            <w:shd w:fill="DAE8F4"/>
          </w:tcPr>
          <w:p>
            <w:r>
              <w:t>Friday</w:t>
            </w:r>
          </w:p>
        </w:tc>
        <w:tc>
          <w:tcPr>
            <w:tcW w:type="dxa" w:w="2037"/>
            <w:shd w:fill="DAE8F4"/>
          </w:tcPr>
          <w:p>
            <w:r>
              <w:t>Saturday</w:t>
            </w:r>
          </w:p>
        </w:tc>
      </w:tr>
      <w:tr>
        <w:trPr>
          <w:cantSplit/>
        </w:trPr>
        <w:tc>
          <w:tcPr>
            <w:tcW w:type="dxa" w:w="2030"/>
          </w:tcPr>
          <w:p>
            <w:pPr>
              <w:spacing w:after="0" w:line="254" w:lineRule="auto"/>
            </w:pPr>
            <w:r>
              <w:rPr>
                <w:rFonts w:ascii="Times New Roman" w:hAnsi="Times New Roman"/>
                <w:b w:val="0"/>
                <w:sz w:val="16"/>
              </w:rPr>
            </w:r>
          </w:p>
        </w:tc>
        <w:tc>
          <w:tcPr>
            <w:tcW w:type="dxa" w:w="2030"/>
          </w:tcPr>
          <w:p>
            <w:pPr>
              <w:spacing w:after="0" w:line="254" w:lineRule="auto"/>
            </w:pPr>
            <w:r>
              <w:rPr>
                <w:rFonts w:ascii="Times New Roman" w:hAnsi="Times New Roman"/>
                <w:b w:val="0"/>
                <w:sz w:val="16"/>
              </w:rPr>
            </w:r>
          </w:p>
        </w:tc>
        <w:tc>
          <w:tcPr>
            <w:tcW w:type="dxa" w:w="2030"/>
          </w:tcPr>
          <w:p>
            <w:pPr>
              <w:spacing w:after="40" w:line="254" w:lineRule="auto"/>
            </w:pPr>
            <w:r>
              <w:rPr>
                <w:rFonts w:ascii="Times New Roman" w:hAnsi="Times New Roman"/>
                <w:b/>
                <w:sz w:val="20"/>
              </w:rPr>
              <w:t>1</w:t>
            </w:r>
          </w:p>
          <w:p>
            <w:pPr>
              <w:spacing w:after="20" w:line="254" w:lineRule="auto"/>
            </w:pPr>
            <w:r>
              <w:rPr>
                <w:rFonts w:ascii="Times New Roman" w:hAnsi="Times New Roman"/>
                <w:b w:val="0"/>
                <w:sz w:val="16"/>
              </w:rPr>
              <w:t>9:30 AM Bountiful Blessings</w:t>
            </w:r>
          </w:p>
          <w:p>
            <w:pPr>
              <w:spacing w:after="20" w:line="254" w:lineRule="auto"/>
            </w:pPr>
            <w:r>
              <w:rPr>
                <w:rFonts w:ascii="Times New Roman" w:hAnsi="Times New Roman"/>
                <w:b w:val="0"/>
                <w:sz w:val="16"/>
              </w:rPr>
              <w:t>11:00 AM–2:00 PM Food Pantry</w:t>
            </w:r>
          </w:p>
          <w:p>
            <w:pPr>
              <w:spacing w:after="20" w:line="254" w:lineRule="auto"/>
            </w:pPr>
            <w:r>
              <w:rPr>
                <w:rFonts w:ascii="Times New Roman" w:hAnsi="Times New Roman"/>
                <w:b w:val="0"/>
                <w:sz w:val="16"/>
              </w:rPr>
              <w:t>12:00 PM Alcoholics Anonymous</w:t>
            </w:r>
          </w:p>
          <w:p>
            <w:pPr>
              <w:spacing w:after="20" w:line="254" w:lineRule="auto"/>
            </w:pPr>
            <w:r>
              <w:rPr>
                <w:rFonts w:ascii="Times New Roman" w:hAnsi="Times New Roman"/>
                <w:b w:val="0"/>
                <w:sz w:val="16"/>
              </w:rPr>
              <w:t>1:30 PM Tuesday Book</w:t>
            </w:r>
          </w:p>
          <w:p>
            <w:pPr>
              <w:spacing w:after="20" w:line="254" w:lineRule="auto"/>
            </w:pPr>
            <w:r>
              <w:rPr>
                <w:rFonts w:ascii="Times New Roman" w:hAnsi="Times New Roman"/>
                <w:b w:val="0"/>
                <w:sz w:val="16"/>
              </w:rPr>
              <w:t>5:15 PM Choir Rehearsal</w:t>
            </w:r>
          </w:p>
          <w:p>
            <w:pPr>
              <w:spacing w:after="20" w:line="254" w:lineRule="auto"/>
            </w:pPr>
            <w:r>
              <w:rPr>
                <w:rFonts w:ascii="Times New Roman" w:hAnsi="Times New Roman"/>
                <w:b w:val="0"/>
                <w:sz w:val="16"/>
              </w:rPr>
              <w:t>6:00 PM Al-Anon</w:t>
            </w:r>
          </w:p>
        </w:tc>
        <w:tc>
          <w:tcPr>
            <w:tcW w:type="dxa" w:w="2030"/>
          </w:tcPr>
          <w:p>
            <w:pPr>
              <w:spacing w:after="40" w:line="254" w:lineRule="auto"/>
            </w:pPr>
            <w:r>
              <w:rPr>
                <w:rFonts w:ascii="Times New Roman" w:hAnsi="Times New Roman"/>
                <w:b/>
                <w:sz w:val="20"/>
              </w:rPr>
              <w:t>2</w:t>
            </w:r>
          </w:p>
          <w:p>
            <w:pPr>
              <w:spacing w:after="20" w:line="254" w:lineRule="auto"/>
            </w:pPr>
            <w:r>
              <w:rPr>
                <w:rFonts w:ascii="Times New Roman" w:hAnsi="Times New Roman"/>
                <w:b w:val="0"/>
                <w:sz w:val="16"/>
              </w:rPr>
              <w:t>7:30 AM Chamber</w:t>
            </w:r>
          </w:p>
          <w:p>
            <w:pPr>
              <w:spacing w:after="20" w:line="254" w:lineRule="auto"/>
            </w:pPr>
            <w:r>
              <w:rPr>
                <w:rFonts w:ascii="Times New Roman" w:hAnsi="Times New Roman"/>
                <w:b w:val="0"/>
                <w:sz w:val="16"/>
              </w:rPr>
              <w:t>9:30 AM Low Impact Exercise Class</w:t>
            </w:r>
          </w:p>
          <w:p>
            <w:pPr>
              <w:spacing w:after="20" w:line="254" w:lineRule="auto"/>
            </w:pPr>
            <w:r>
              <w:rPr>
                <w:rFonts w:ascii="Times New Roman" w:hAnsi="Times New Roman"/>
                <w:b w:val="0"/>
                <w:sz w:val="16"/>
              </w:rPr>
              <w:t>10:00 AM Bible Study</w:t>
            </w:r>
          </w:p>
          <w:p>
            <w:pPr>
              <w:spacing w:after="20" w:line="254" w:lineRule="auto"/>
            </w:pPr>
            <w:r>
              <w:rPr>
                <w:rFonts w:ascii="Times New Roman" w:hAnsi="Times New Roman"/>
                <w:b w:val="0"/>
                <w:sz w:val="16"/>
              </w:rPr>
              <w:t>11:00 AM–2:00 PM Food Pantry</w:t>
            </w:r>
          </w:p>
          <w:p>
            <w:pPr>
              <w:spacing w:after="20" w:line="254" w:lineRule="auto"/>
            </w:pPr>
            <w:r>
              <w:rPr>
                <w:rFonts w:ascii="Times New Roman" w:hAnsi="Times New Roman"/>
                <w:b w:val="0"/>
                <w:sz w:val="16"/>
              </w:rPr>
              <w:t>12:00 PM Prayer with Holy Communion</w:t>
            </w:r>
          </w:p>
          <w:p>
            <w:pPr>
              <w:spacing w:after="20" w:line="254" w:lineRule="auto"/>
            </w:pPr>
            <w:r>
              <w:rPr>
                <w:rFonts w:ascii="Times New Roman" w:hAnsi="Times New Roman"/>
                <w:b w:val="0"/>
                <w:sz w:val="16"/>
              </w:rPr>
              <w:t>6:30 PM Alcoholics Anonymous</w:t>
            </w:r>
          </w:p>
        </w:tc>
        <w:tc>
          <w:tcPr>
            <w:tcW w:type="dxa" w:w="2030"/>
          </w:tcPr>
          <w:p>
            <w:pPr>
              <w:spacing w:after="40" w:line="254" w:lineRule="auto"/>
            </w:pPr>
            <w:r>
              <w:rPr>
                <w:rFonts w:ascii="Times New Roman" w:hAnsi="Times New Roman"/>
                <w:b/>
                <w:sz w:val="20"/>
              </w:rPr>
              <w:t>3</w:t>
            </w:r>
          </w:p>
        </w:tc>
        <w:tc>
          <w:tcPr>
            <w:tcW w:type="dxa" w:w="2030"/>
          </w:tcPr>
          <w:p>
            <w:pPr>
              <w:spacing w:after="40" w:line="254" w:lineRule="auto"/>
            </w:pPr>
            <w:r>
              <w:rPr>
                <w:rFonts w:ascii="Times New Roman" w:hAnsi="Times New Roman"/>
                <w:b/>
                <w:sz w:val="20"/>
              </w:rPr>
              <w:t>4</w:t>
            </w:r>
          </w:p>
          <w:p>
            <w:pPr>
              <w:spacing w:after="20" w:line="254" w:lineRule="auto"/>
            </w:pPr>
            <w:r>
              <w:rPr>
                <w:rFonts w:ascii="Times New Roman" w:hAnsi="Times New Roman"/>
                <w:b w:val="0"/>
                <w:sz w:val="16"/>
              </w:rPr>
              <w:t>8:30 AM Men’s Prayer Breakfast</w:t>
            </w:r>
          </w:p>
          <w:p>
            <w:pPr>
              <w:spacing w:after="20" w:line="254" w:lineRule="auto"/>
            </w:pPr>
            <w:r>
              <w:rPr>
                <w:rFonts w:ascii="Times New Roman" w:hAnsi="Times New Roman"/>
                <w:b w:val="0"/>
                <w:sz w:val="16"/>
              </w:rPr>
              <w:t>9:30 AM Exercise Class</w:t>
            </w:r>
          </w:p>
          <w:p>
            <w:pPr>
              <w:spacing w:after="20" w:line="254" w:lineRule="auto"/>
            </w:pPr>
            <w:r>
              <w:rPr>
                <w:rFonts w:ascii="Times New Roman" w:hAnsi="Times New Roman"/>
                <w:b w:val="0"/>
                <w:sz w:val="16"/>
              </w:rPr>
              <w:t>12:00 PM Alcoholics Anonymous</w:t>
            </w:r>
          </w:p>
          <w:p>
            <w:pPr>
              <w:spacing w:after="20" w:line="254" w:lineRule="auto"/>
            </w:pPr>
            <w:r>
              <w:rPr>
                <w:rFonts w:ascii="Times New Roman" w:hAnsi="Times New Roman"/>
                <w:b/>
                <w:color w:val="174A7D"/>
                <w:sz w:val="16"/>
              </w:rPr>
              <w:t>9:30 AM Mobile Food Pantry</w:t>
            </w:r>
          </w:p>
        </w:tc>
        <w:tc>
          <w:tcPr>
            <w:tcW w:type="dxa" w:w="2030"/>
          </w:tcPr>
          <w:p>
            <w:pPr>
              <w:spacing w:after="40" w:line="254" w:lineRule="auto"/>
            </w:pPr>
            <w:r>
              <w:rPr>
                <w:rFonts w:ascii="Times New Roman" w:hAnsi="Times New Roman"/>
                <w:b/>
                <w:sz w:val="20"/>
              </w:rPr>
              <w:t>5</w:t>
            </w:r>
          </w:p>
          <w:p>
            <w:pPr>
              <w:spacing w:after="20" w:line="254" w:lineRule="auto"/>
            </w:pPr>
            <w:r>
              <w:rPr>
                <w:rFonts w:ascii="Times New Roman" w:hAnsi="Times New Roman"/>
                <w:b w:val="0"/>
                <w:sz w:val="16"/>
              </w:rPr>
              <w:t>7:00 PM Alcoholics Anonymous</w:t>
            </w:r>
          </w:p>
          <w:p>
            <w:pPr>
              <w:spacing w:after="20" w:line="254" w:lineRule="auto"/>
            </w:pPr>
            <w:r>
              <w:rPr>
                <w:rFonts w:ascii="Times New Roman" w:hAnsi="Times New Roman"/>
                <w:b/>
                <w:color w:val="174A7D"/>
                <w:sz w:val="16"/>
              </w:rPr>
              <w:t>9:00 AM Altar Guild</w:t>
            </w:r>
          </w:p>
        </w:tc>
      </w:tr>
      <w:tr>
        <w:trPr>
          <w:cantSplit/>
        </w:trPr>
        <w:tc>
          <w:tcPr>
            <w:tcW w:type="dxa" w:w="2030"/>
          </w:tcPr>
          <w:p>
            <w:pPr>
              <w:spacing w:after="40" w:line="254" w:lineRule="auto"/>
            </w:pPr>
            <w:r>
              <w:rPr>
                <w:rFonts w:ascii="Times New Roman" w:hAnsi="Times New Roman"/>
                <w:b/>
                <w:sz w:val="20"/>
              </w:rPr>
              <w:t>6</w:t>
            </w:r>
          </w:p>
          <w:p>
            <w:pPr>
              <w:spacing w:after="20" w:line="254" w:lineRule="auto"/>
            </w:pPr>
            <w:r>
              <w:rPr>
                <w:rFonts w:ascii="Times New Roman" w:hAnsi="Times New Roman"/>
                <w:b w:val="0"/>
                <w:sz w:val="16"/>
              </w:rPr>
              <w:t>8:00 AM Holy Eucharist</w:t>
            </w:r>
          </w:p>
          <w:p>
            <w:pPr>
              <w:spacing w:after="20" w:line="254" w:lineRule="auto"/>
            </w:pPr>
            <w:r>
              <w:rPr>
                <w:rFonts w:ascii="Times New Roman" w:hAnsi="Times New Roman"/>
                <w:b w:val="0"/>
                <w:sz w:val="16"/>
              </w:rPr>
              <w:t>9:00 AM–12:00 PM Nursery</w:t>
            </w:r>
          </w:p>
          <w:p>
            <w:pPr>
              <w:spacing w:after="20" w:line="254" w:lineRule="auto"/>
            </w:pPr>
            <w:r>
              <w:rPr>
                <w:rFonts w:ascii="Times New Roman" w:hAnsi="Times New Roman"/>
                <w:b w:val="0"/>
                <w:sz w:val="16"/>
              </w:rPr>
              <w:t>10:30 AM Holy Eucharist</w:t>
            </w:r>
          </w:p>
          <w:p>
            <w:pPr>
              <w:spacing w:after="20" w:line="254" w:lineRule="auto"/>
            </w:pPr>
            <w:r>
              <w:rPr>
                <w:rFonts w:ascii="Times New Roman" w:hAnsi="Times New Roman"/>
                <w:b/>
                <w:color w:val="174A7D"/>
                <w:sz w:val="16"/>
              </w:rPr>
              <w:t>15th Sunday after Pentecost (Proper 18A)</w:t>
            </w:r>
          </w:p>
          <w:p>
            <w:pPr>
              <w:spacing w:after="20" w:line="254" w:lineRule="auto"/>
            </w:pPr>
            <w:r>
              <w:rPr>
                <w:rFonts w:ascii="Times New Roman" w:hAnsi="Times New Roman"/>
                <w:b/>
                <w:color w:val="174A7D"/>
                <w:sz w:val="16"/>
              </w:rPr>
              <w:t>9:00 AM First Sunday Breakfast — Lower Deck</w:t>
            </w:r>
          </w:p>
          <w:p>
            <w:pPr>
              <w:spacing w:after="20" w:line="254" w:lineRule="auto"/>
            </w:pPr>
            <w:r>
              <w:rPr>
                <w:rFonts w:ascii="Times New Roman" w:hAnsi="Times New Roman"/>
                <w:b/>
                <w:color w:val="174A7D"/>
                <w:sz w:val="16"/>
              </w:rPr>
              <w:t>After 10:30 AM service Daughters of the King</w:t>
            </w:r>
          </w:p>
        </w:tc>
        <w:tc>
          <w:tcPr>
            <w:tcW w:type="dxa" w:w="2030"/>
          </w:tcPr>
          <w:p>
            <w:pPr>
              <w:spacing w:after="40" w:line="254" w:lineRule="auto"/>
            </w:pPr>
            <w:r>
              <w:rPr>
                <w:rFonts w:ascii="Times New Roman" w:hAnsi="Times New Roman"/>
                <w:b/>
                <w:sz w:val="20"/>
              </w:rPr>
              <w:t>7</w:t>
            </w:r>
          </w:p>
          <w:p>
            <w:pPr>
              <w:spacing w:after="20" w:line="254" w:lineRule="auto"/>
            </w:pPr>
            <w:r>
              <w:rPr>
                <w:rFonts w:ascii="Times New Roman" w:hAnsi="Times New Roman"/>
                <w:b w:val="0"/>
                <w:sz w:val="16"/>
              </w:rPr>
              <w:t>9:30 AM Low Impact Exercise Class</w:t>
            </w:r>
          </w:p>
          <w:p>
            <w:pPr>
              <w:spacing w:after="20" w:line="254" w:lineRule="auto"/>
            </w:pPr>
            <w:r>
              <w:rPr>
                <w:rFonts w:ascii="Times New Roman" w:hAnsi="Times New Roman"/>
                <w:b w:val="0"/>
                <w:sz w:val="16"/>
              </w:rPr>
              <w:t>6:30 PM Alcoholics Anonymous</w:t>
            </w:r>
          </w:p>
        </w:tc>
        <w:tc>
          <w:tcPr>
            <w:tcW w:type="dxa" w:w="2030"/>
          </w:tcPr>
          <w:p>
            <w:pPr>
              <w:spacing w:after="40" w:line="254" w:lineRule="auto"/>
            </w:pPr>
            <w:r>
              <w:rPr>
                <w:rFonts w:ascii="Times New Roman" w:hAnsi="Times New Roman"/>
                <w:b/>
                <w:sz w:val="20"/>
              </w:rPr>
              <w:t>8</w:t>
            </w:r>
          </w:p>
          <w:p>
            <w:pPr>
              <w:spacing w:after="20" w:line="254" w:lineRule="auto"/>
            </w:pPr>
            <w:r>
              <w:rPr>
                <w:rFonts w:ascii="Times New Roman" w:hAnsi="Times New Roman"/>
                <w:b w:val="0"/>
                <w:sz w:val="16"/>
              </w:rPr>
              <w:t>9:30 AM Bountiful Blessings</w:t>
            </w:r>
          </w:p>
          <w:p>
            <w:pPr>
              <w:spacing w:after="20" w:line="254" w:lineRule="auto"/>
            </w:pPr>
            <w:r>
              <w:rPr>
                <w:rFonts w:ascii="Times New Roman" w:hAnsi="Times New Roman"/>
                <w:b w:val="0"/>
                <w:sz w:val="16"/>
              </w:rPr>
              <w:t>11:00 AM–2:00 PM Food Pantry</w:t>
            </w:r>
          </w:p>
          <w:p>
            <w:pPr>
              <w:spacing w:after="20" w:line="254" w:lineRule="auto"/>
            </w:pPr>
            <w:r>
              <w:rPr>
                <w:rFonts w:ascii="Times New Roman" w:hAnsi="Times New Roman"/>
                <w:b w:val="0"/>
                <w:sz w:val="16"/>
              </w:rPr>
              <w:t>12:00 PM Alcoholics Anonymous</w:t>
            </w:r>
          </w:p>
          <w:p>
            <w:pPr>
              <w:spacing w:after="20" w:line="254" w:lineRule="auto"/>
            </w:pPr>
            <w:r>
              <w:rPr>
                <w:rFonts w:ascii="Times New Roman" w:hAnsi="Times New Roman"/>
                <w:b w:val="0"/>
                <w:sz w:val="16"/>
              </w:rPr>
              <w:t>1:30 PM Tuesday Book</w:t>
            </w:r>
          </w:p>
          <w:p>
            <w:pPr>
              <w:spacing w:after="20" w:line="254" w:lineRule="auto"/>
            </w:pPr>
            <w:r>
              <w:rPr>
                <w:rFonts w:ascii="Times New Roman" w:hAnsi="Times New Roman"/>
                <w:b w:val="0"/>
                <w:sz w:val="16"/>
              </w:rPr>
              <w:t>5:15 PM Choir Rehearsal</w:t>
            </w:r>
          </w:p>
          <w:p>
            <w:pPr>
              <w:spacing w:after="20" w:line="254" w:lineRule="auto"/>
            </w:pPr>
            <w:r>
              <w:rPr>
                <w:rFonts w:ascii="Times New Roman" w:hAnsi="Times New Roman"/>
                <w:b w:val="0"/>
                <w:sz w:val="16"/>
              </w:rPr>
              <w:t>6:00 PM Al-Anon</w:t>
            </w:r>
          </w:p>
        </w:tc>
        <w:tc>
          <w:tcPr>
            <w:tcW w:type="dxa" w:w="2030"/>
          </w:tcPr>
          <w:p>
            <w:pPr>
              <w:spacing w:after="40" w:line="254" w:lineRule="auto"/>
            </w:pPr>
            <w:r>
              <w:rPr>
                <w:rFonts w:ascii="Times New Roman" w:hAnsi="Times New Roman"/>
                <w:b/>
                <w:sz w:val="20"/>
              </w:rPr>
              <w:t>9</w:t>
            </w:r>
          </w:p>
          <w:p>
            <w:pPr>
              <w:spacing w:after="20" w:line="254" w:lineRule="auto"/>
            </w:pPr>
            <w:r>
              <w:rPr>
                <w:rFonts w:ascii="Times New Roman" w:hAnsi="Times New Roman"/>
                <w:b w:val="0"/>
                <w:sz w:val="16"/>
              </w:rPr>
              <w:t>7:30 AM Chamber</w:t>
            </w:r>
          </w:p>
          <w:p>
            <w:pPr>
              <w:spacing w:after="20" w:line="254" w:lineRule="auto"/>
            </w:pPr>
            <w:r>
              <w:rPr>
                <w:rFonts w:ascii="Times New Roman" w:hAnsi="Times New Roman"/>
                <w:b w:val="0"/>
                <w:sz w:val="16"/>
              </w:rPr>
              <w:t>9:30 AM Low Impact Exercise Class</w:t>
            </w:r>
          </w:p>
          <w:p>
            <w:pPr>
              <w:spacing w:after="20" w:line="254" w:lineRule="auto"/>
            </w:pPr>
            <w:r>
              <w:rPr>
                <w:rFonts w:ascii="Times New Roman" w:hAnsi="Times New Roman"/>
                <w:b w:val="0"/>
                <w:sz w:val="16"/>
              </w:rPr>
              <w:t>10:00 AM Bible Study</w:t>
            </w:r>
          </w:p>
          <w:p>
            <w:pPr>
              <w:spacing w:after="20" w:line="254" w:lineRule="auto"/>
            </w:pPr>
            <w:r>
              <w:rPr>
                <w:rFonts w:ascii="Times New Roman" w:hAnsi="Times New Roman"/>
                <w:b w:val="0"/>
                <w:sz w:val="16"/>
              </w:rPr>
              <w:t>11:00 AM–2:00 PM Food Pantry</w:t>
            </w:r>
          </w:p>
          <w:p>
            <w:pPr>
              <w:spacing w:after="20" w:line="254" w:lineRule="auto"/>
            </w:pPr>
            <w:r>
              <w:rPr>
                <w:rFonts w:ascii="Times New Roman" w:hAnsi="Times New Roman"/>
                <w:b w:val="0"/>
                <w:sz w:val="16"/>
              </w:rPr>
              <w:t>12:00 PM Prayer with Holy Communion</w:t>
            </w:r>
          </w:p>
          <w:p>
            <w:pPr>
              <w:spacing w:after="20" w:line="254" w:lineRule="auto"/>
            </w:pPr>
            <w:r>
              <w:rPr>
                <w:rFonts w:ascii="Times New Roman" w:hAnsi="Times New Roman"/>
                <w:b w:val="0"/>
                <w:sz w:val="16"/>
              </w:rPr>
              <w:t>6:30 PM Alcoholics Anonymous</w:t>
            </w:r>
          </w:p>
        </w:tc>
        <w:tc>
          <w:tcPr>
            <w:tcW w:type="dxa" w:w="2030"/>
          </w:tcPr>
          <w:p>
            <w:pPr>
              <w:spacing w:after="40" w:line="254" w:lineRule="auto"/>
            </w:pPr>
            <w:r>
              <w:rPr>
                <w:rFonts w:ascii="Times New Roman" w:hAnsi="Times New Roman"/>
                <w:b/>
                <w:sz w:val="20"/>
              </w:rPr>
              <w:t>10</w:t>
            </w:r>
          </w:p>
          <w:p>
            <w:pPr>
              <w:spacing w:after="20" w:line="254" w:lineRule="auto"/>
            </w:pPr>
            <w:r>
              <w:rPr>
                <w:rFonts w:ascii="Times New Roman" w:hAnsi="Times New Roman"/>
                <w:b/>
                <w:color w:val="174A7D"/>
                <w:sz w:val="16"/>
              </w:rPr>
              <w:t>1:00 PM Knit Together in Love</w:t>
            </w:r>
          </w:p>
        </w:tc>
        <w:tc>
          <w:tcPr>
            <w:tcW w:type="dxa" w:w="2030"/>
          </w:tcPr>
          <w:p>
            <w:pPr>
              <w:spacing w:after="40" w:line="254" w:lineRule="auto"/>
            </w:pPr>
            <w:r>
              <w:rPr>
                <w:rFonts w:ascii="Times New Roman" w:hAnsi="Times New Roman"/>
                <w:b/>
                <w:sz w:val="20"/>
              </w:rPr>
              <w:t>11</w:t>
            </w:r>
          </w:p>
          <w:p>
            <w:pPr>
              <w:spacing w:after="20" w:line="254" w:lineRule="auto"/>
            </w:pPr>
            <w:r>
              <w:rPr>
                <w:rFonts w:ascii="Times New Roman" w:hAnsi="Times New Roman"/>
                <w:b w:val="0"/>
                <w:sz w:val="16"/>
              </w:rPr>
              <w:t>8:30 AM Men’s Prayer Breakfast</w:t>
            </w:r>
          </w:p>
          <w:p>
            <w:pPr>
              <w:spacing w:after="20" w:line="254" w:lineRule="auto"/>
            </w:pPr>
            <w:r>
              <w:rPr>
                <w:rFonts w:ascii="Times New Roman" w:hAnsi="Times New Roman"/>
                <w:b w:val="0"/>
                <w:sz w:val="16"/>
              </w:rPr>
              <w:t>9:30 AM Exercise Class</w:t>
            </w:r>
          </w:p>
          <w:p>
            <w:pPr>
              <w:spacing w:after="20" w:line="254" w:lineRule="auto"/>
            </w:pPr>
            <w:r>
              <w:rPr>
                <w:rFonts w:ascii="Times New Roman" w:hAnsi="Times New Roman"/>
                <w:b w:val="0"/>
                <w:sz w:val="16"/>
              </w:rPr>
              <w:t>12:00 PM Alcoholics Anonymous</w:t>
            </w:r>
          </w:p>
        </w:tc>
        <w:tc>
          <w:tcPr>
            <w:tcW w:type="dxa" w:w="2030"/>
          </w:tcPr>
          <w:p>
            <w:pPr>
              <w:spacing w:after="40" w:line="254" w:lineRule="auto"/>
            </w:pPr>
            <w:r>
              <w:rPr>
                <w:rFonts w:ascii="Times New Roman" w:hAnsi="Times New Roman"/>
                <w:b/>
                <w:sz w:val="20"/>
              </w:rPr>
              <w:t>12</w:t>
            </w:r>
          </w:p>
          <w:p>
            <w:pPr>
              <w:spacing w:after="20" w:line="254" w:lineRule="auto"/>
            </w:pPr>
            <w:r>
              <w:rPr>
                <w:rFonts w:ascii="Times New Roman" w:hAnsi="Times New Roman"/>
                <w:b w:val="0"/>
                <w:sz w:val="16"/>
              </w:rPr>
              <w:t>7:00 PM Alcoholics Anonymous</w:t>
            </w:r>
          </w:p>
          <w:p>
            <w:pPr>
              <w:spacing w:after="20" w:line="254" w:lineRule="auto"/>
            </w:pPr>
            <w:r>
              <w:rPr>
                <w:rFonts w:ascii="Times New Roman" w:hAnsi="Times New Roman"/>
                <w:b/>
                <w:color w:val="174A7D"/>
                <w:sz w:val="16"/>
              </w:rPr>
              <w:t>9:00 AM Altar Guild</w:t>
            </w:r>
          </w:p>
        </w:tc>
      </w:tr>
      <w:tr>
        <w:trPr>
          <w:cantSplit/>
        </w:trPr>
        <w:tc>
          <w:tcPr>
            <w:tcW w:type="dxa" w:w="2030"/>
          </w:tcPr>
          <w:p>
            <w:pPr>
              <w:spacing w:after="40" w:line="254" w:lineRule="auto"/>
            </w:pPr>
            <w:r>
              <w:rPr>
                <w:rFonts w:ascii="Times New Roman" w:hAnsi="Times New Roman"/>
                <w:b/>
                <w:sz w:val="20"/>
              </w:rPr>
              <w:t>13</w:t>
            </w:r>
          </w:p>
          <w:p>
            <w:pPr>
              <w:spacing w:after="20" w:line="254" w:lineRule="auto"/>
            </w:pPr>
            <w:r>
              <w:rPr>
                <w:rFonts w:ascii="Times New Roman" w:hAnsi="Times New Roman"/>
                <w:b w:val="0"/>
                <w:sz w:val="16"/>
              </w:rPr>
              <w:t>8:00 AM Holy Eucharist</w:t>
            </w:r>
          </w:p>
          <w:p>
            <w:pPr>
              <w:spacing w:after="20" w:line="254" w:lineRule="auto"/>
            </w:pPr>
            <w:r>
              <w:rPr>
                <w:rFonts w:ascii="Times New Roman" w:hAnsi="Times New Roman"/>
                <w:b w:val="0"/>
                <w:sz w:val="16"/>
              </w:rPr>
              <w:t>9:00 AM–12:00 PM Nursery</w:t>
            </w:r>
          </w:p>
          <w:p>
            <w:pPr>
              <w:spacing w:after="20" w:line="254" w:lineRule="auto"/>
            </w:pPr>
            <w:r>
              <w:rPr>
                <w:rFonts w:ascii="Times New Roman" w:hAnsi="Times New Roman"/>
                <w:b w:val="0"/>
                <w:sz w:val="16"/>
              </w:rPr>
              <w:t>10:30 AM Holy Eucharist</w:t>
            </w:r>
          </w:p>
          <w:p>
            <w:pPr>
              <w:spacing w:after="20" w:line="254" w:lineRule="auto"/>
            </w:pPr>
            <w:r>
              <w:rPr>
                <w:rFonts w:ascii="Times New Roman" w:hAnsi="Times New Roman"/>
                <w:b/>
                <w:color w:val="174A7D"/>
                <w:sz w:val="16"/>
              </w:rPr>
              <w:t>16th Sunday after Pentecost (Proper 19A)</w:t>
            </w:r>
          </w:p>
        </w:tc>
        <w:tc>
          <w:tcPr>
            <w:tcW w:type="dxa" w:w="2030"/>
          </w:tcPr>
          <w:p>
            <w:pPr>
              <w:spacing w:after="40" w:line="254" w:lineRule="auto"/>
            </w:pPr>
            <w:r>
              <w:rPr>
                <w:rFonts w:ascii="Times New Roman" w:hAnsi="Times New Roman"/>
                <w:b/>
                <w:sz w:val="20"/>
              </w:rPr>
              <w:t>14</w:t>
            </w:r>
          </w:p>
          <w:p>
            <w:pPr>
              <w:spacing w:after="20" w:line="254" w:lineRule="auto"/>
            </w:pPr>
            <w:r>
              <w:rPr>
                <w:rFonts w:ascii="Times New Roman" w:hAnsi="Times New Roman"/>
                <w:b w:val="0"/>
                <w:sz w:val="16"/>
              </w:rPr>
              <w:t>9:30 AM Low Impact Exercise Class</w:t>
            </w:r>
          </w:p>
          <w:p>
            <w:pPr>
              <w:spacing w:after="20" w:line="254" w:lineRule="auto"/>
            </w:pPr>
            <w:r>
              <w:rPr>
                <w:rFonts w:ascii="Times New Roman" w:hAnsi="Times New Roman"/>
                <w:b w:val="0"/>
                <w:sz w:val="16"/>
              </w:rPr>
              <w:t>6:30 PM Alcoholics Anonymous</w:t>
            </w:r>
          </w:p>
        </w:tc>
        <w:tc>
          <w:tcPr>
            <w:tcW w:type="dxa" w:w="2030"/>
          </w:tcPr>
          <w:p>
            <w:pPr>
              <w:spacing w:after="40" w:line="254" w:lineRule="auto"/>
            </w:pPr>
            <w:r>
              <w:rPr>
                <w:rFonts w:ascii="Times New Roman" w:hAnsi="Times New Roman"/>
                <w:b/>
                <w:sz w:val="20"/>
              </w:rPr>
              <w:t>15</w:t>
            </w:r>
          </w:p>
          <w:p>
            <w:pPr>
              <w:spacing w:after="20" w:line="254" w:lineRule="auto"/>
            </w:pPr>
            <w:r>
              <w:rPr>
                <w:rFonts w:ascii="Times New Roman" w:hAnsi="Times New Roman"/>
                <w:b w:val="0"/>
                <w:sz w:val="16"/>
              </w:rPr>
              <w:t>9:30 AM Bountiful Blessings</w:t>
            </w:r>
          </w:p>
          <w:p>
            <w:pPr>
              <w:spacing w:after="20" w:line="254" w:lineRule="auto"/>
            </w:pPr>
            <w:r>
              <w:rPr>
                <w:rFonts w:ascii="Times New Roman" w:hAnsi="Times New Roman"/>
                <w:b w:val="0"/>
                <w:sz w:val="16"/>
              </w:rPr>
              <w:t>11:00 AM–2:00 PM Food Pantry</w:t>
            </w:r>
          </w:p>
          <w:p>
            <w:pPr>
              <w:spacing w:after="20" w:line="254" w:lineRule="auto"/>
            </w:pPr>
            <w:r>
              <w:rPr>
                <w:rFonts w:ascii="Times New Roman" w:hAnsi="Times New Roman"/>
                <w:b w:val="0"/>
                <w:sz w:val="16"/>
              </w:rPr>
              <w:t>12:00 PM Alcoholics Anonymous</w:t>
            </w:r>
          </w:p>
          <w:p>
            <w:pPr>
              <w:spacing w:after="20" w:line="254" w:lineRule="auto"/>
            </w:pPr>
            <w:r>
              <w:rPr>
                <w:rFonts w:ascii="Times New Roman" w:hAnsi="Times New Roman"/>
                <w:b w:val="0"/>
                <w:sz w:val="16"/>
              </w:rPr>
              <w:t>1:30 PM Tuesday Book</w:t>
            </w:r>
          </w:p>
          <w:p>
            <w:pPr>
              <w:spacing w:after="20" w:line="254" w:lineRule="auto"/>
            </w:pPr>
            <w:r>
              <w:rPr>
                <w:rFonts w:ascii="Times New Roman" w:hAnsi="Times New Roman"/>
                <w:b w:val="0"/>
                <w:sz w:val="16"/>
              </w:rPr>
              <w:t>5:15 PM Choir Rehearsal</w:t>
            </w:r>
          </w:p>
          <w:p>
            <w:pPr>
              <w:spacing w:after="20" w:line="254" w:lineRule="auto"/>
            </w:pPr>
            <w:r>
              <w:rPr>
                <w:rFonts w:ascii="Times New Roman" w:hAnsi="Times New Roman"/>
                <w:b w:val="0"/>
                <w:sz w:val="16"/>
              </w:rPr>
              <w:t>6:00 PM Al-Anon</w:t>
            </w:r>
          </w:p>
          <w:p>
            <w:pPr>
              <w:spacing w:after="20" w:line="254" w:lineRule="auto"/>
            </w:pPr>
            <w:r>
              <w:rPr>
                <w:rFonts w:ascii="Times New Roman" w:hAnsi="Times New Roman"/>
                <w:b/>
                <w:color w:val="174A7D"/>
                <w:sz w:val="16"/>
              </w:rPr>
              <w:t>6:00 PM Vestry</w:t>
            </w:r>
          </w:p>
        </w:tc>
        <w:tc>
          <w:tcPr>
            <w:tcW w:type="dxa" w:w="2030"/>
          </w:tcPr>
          <w:p>
            <w:pPr>
              <w:spacing w:after="40" w:line="254" w:lineRule="auto"/>
            </w:pPr>
            <w:r>
              <w:rPr>
                <w:rFonts w:ascii="Times New Roman" w:hAnsi="Times New Roman"/>
                <w:b/>
                <w:sz w:val="20"/>
              </w:rPr>
              <w:t>16</w:t>
            </w:r>
          </w:p>
          <w:p>
            <w:pPr>
              <w:spacing w:after="20" w:line="254" w:lineRule="auto"/>
            </w:pPr>
            <w:r>
              <w:rPr>
                <w:rFonts w:ascii="Times New Roman" w:hAnsi="Times New Roman"/>
                <w:b w:val="0"/>
                <w:sz w:val="16"/>
              </w:rPr>
              <w:t>7:30 AM Chamber</w:t>
            </w:r>
          </w:p>
          <w:p>
            <w:pPr>
              <w:spacing w:after="20" w:line="254" w:lineRule="auto"/>
            </w:pPr>
            <w:r>
              <w:rPr>
                <w:rFonts w:ascii="Times New Roman" w:hAnsi="Times New Roman"/>
                <w:b w:val="0"/>
                <w:sz w:val="16"/>
              </w:rPr>
              <w:t>9:30 AM Low Impact Exercise Class</w:t>
            </w:r>
          </w:p>
          <w:p>
            <w:pPr>
              <w:spacing w:after="20" w:line="254" w:lineRule="auto"/>
            </w:pPr>
            <w:r>
              <w:rPr>
                <w:rFonts w:ascii="Times New Roman" w:hAnsi="Times New Roman"/>
                <w:b w:val="0"/>
                <w:sz w:val="16"/>
              </w:rPr>
              <w:t>10:00 AM Bible Study</w:t>
            </w:r>
          </w:p>
          <w:p>
            <w:pPr>
              <w:spacing w:after="20" w:line="254" w:lineRule="auto"/>
            </w:pPr>
            <w:r>
              <w:rPr>
                <w:rFonts w:ascii="Times New Roman" w:hAnsi="Times New Roman"/>
                <w:b w:val="0"/>
                <w:sz w:val="16"/>
              </w:rPr>
              <w:t>11:00 AM–2:00 PM Food Pantry</w:t>
            </w:r>
          </w:p>
          <w:p>
            <w:pPr>
              <w:spacing w:after="20" w:line="254" w:lineRule="auto"/>
            </w:pPr>
            <w:r>
              <w:rPr>
                <w:rFonts w:ascii="Times New Roman" w:hAnsi="Times New Roman"/>
                <w:b w:val="0"/>
                <w:sz w:val="16"/>
              </w:rPr>
              <w:t>12:00 PM Prayer with Holy Communion</w:t>
            </w:r>
          </w:p>
          <w:p>
            <w:pPr>
              <w:spacing w:after="20" w:line="254" w:lineRule="auto"/>
            </w:pPr>
            <w:r>
              <w:rPr>
                <w:rFonts w:ascii="Times New Roman" w:hAnsi="Times New Roman"/>
                <w:b w:val="0"/>
                <w:sz w:val="16"/>
              </w:rPr>
              <w:t>6:30 PM Alcoholics Anonymous</w:t>
            </w:r>
          </w:p>
        </w:tc>
        <w:tc>
          <w:tcPr>
            <w:tcW w:type="dxa" w:w="2030"/>
          </w:tcPr>
          <w:p>
            <w:pPr>
              <w:spacing w:after="40" w:line="254" w:lineRule="auto"/>
            </w:pPr>
            <w:r>
              <w:rPr>
                <w:rFonts w:ascii="Times New Roman" w:hAnsi="Times New Roman"/>
                <w:b/>
                <w:sz w:val="20"/>
              </w:rPr>
              <w:t>17</w:t>
            </w:r>
          </w:p>
        </w:tc>
        <w:tc>
          <w:tcPr>
            <w:tcW w:type="dxa" w:w="2030"/>
          </w:tcPr>
          <w:p>
            <w:pPr>
              <w:spacing w:after="40" w:line="254" w:lineRule="auto"/>
            </w:pPr>
            <w:r>
              <w:rPr>
                <w:rFonts w:ascii="Times New Roman" w:hAnsi="Times New Roman"/>
                <w:b/>
                <w:sz w:val="20"/>
              </w:rPr>
              <w:t>18</w:t>
            </w:r>
          </w:p>
          <w:p>
            <w:pPr>
              <w:spacing w:after="20" w:line="254" w:lineRule="auto"/>
            </w:pPr>
            <w:r>
              <w:rPr>
                <w:rFonts w:ascii="Times New Roman" w:hAnsi="Times New Roman"/>
                <w:b w:val="0"/>
                <w:sz w:val="16"/>
              </w:rPr>
              <w:t>8:30 AM Men’s Prayer Breakfast</w:t>
            </w:r>
          </w:p>
          <w:p>
            <w:pPr>
              <w:spacing w:after="20" w:line="254" w:lineRule="auto"/>
            </w:pPr>
            <w:r>
              <w:rPr>
                <w:rFonts w:ascii="Times New Roman" w:hAnsi="Times New Roman"/>
                <w:b w:val="0"/>
                <w:sz w:val="16"/>
              </w:rPr>
              <w:t>9:30 AM Exercise Class</w:t>
            </w:r>
          </w:p>
          <w:p>
            <w:pPr>
              <w:spacing w:after="20" w:line="254" w:lineRule="auto"/>
            </w:pPr>
            <w:r>
              <w:rPr>
                <w:rFonts w:ascii="Times New Roman" w:hAnsi="Times New Roman"/>
                <w:b w:val="0"/>
                <w:sz w:val="16"/>
              </w:rPr>
              <w:t>12:00 PM Alcoholics Anonymous</w:t>
            </w:r>
          </w:p>
          <w:p>
            <w:pPr>
              <w:spacing w:after="20" w:line="254" w:lineRule="auto"/>
            </w:pPr>
            <w:r>
              <w:rPr>
                <w:rFonts w:ascii="Times New Roman" w:hAnsi="Times New Roman"/>
                <w:b/>
                <w:color w:val="174A7D"/>
                <w:sz w:val="16"/>
              </w:rPr>
              <w:t>2:00 PM Monthly Book Club</w:t>
            </w:r>
          </w:p>
        </w:tc>
        <w:tc>
          <w:tcPr>
            <w:tcW w:type="dxa" w:w="2030"/>
          </w:tcPr>
          <w:p>
            <w:pPr>
              <w:spacing w:after="40" w:line="254" w:lineRule="auto"/>
            </w:pPr>
            <w:r>
              <w:rPr>
                <w:rFonts w:ascii="Times New Roman" w:hAnsi="Times New Roman"/>
                <w:b/>
                <w:sz w:val="20"/>
              </w:rPr>
              <w:t>19</w:t>
            </w:r>
          </w:p>
          <w:p>
            <w:pPr>
              <w:spacing w:after="20" w:line="254" w:lineRule="auto"/>
            </w:pPr>
            <w:r>
              <w:rPr>
                <w:rFonts w:ascii="Times New Roman" w:hAnsi="Times New Roman"/>
                <w:b w:val="0"/>
                <w:sz w:val="16"/>
              </w:rPr>
              <w:t>7:00 PM Alcoholics Anonymous</w:t>
            </w:r>
          </w:p>
          <w:p>
            <w:pPr>
              <w:spacing w:after="20" w:line="254" w:lineRule="auto"/>
            </w:pPr>
            <w:r>
              <w:rPr>
                <w:rFonts w:ascii="Times New Roman" w:hAnsi="Times New Roman"/>
                <w:b/>
                <w:color w:val="174A7D"/>
                <w:sz w:val="16"/>
              </w:rPr>
              <w:t>9:00 AM Altar Guild</w:t>
            </w:r>
          </w:p>
        </w:tc>
      </w:tr>
      <w:tr>
        <w:trPr>
          <w:cantSplit/>
        </w:trPr>
        <w:tc>
          <w:tcPr>
            <w:tcW w:type="dxa" w:w="2030"/>
          </w:tcPr>
          <w:p>
            <w:pPr>
              <w:spacing w:after="40" w:line="254" w:lineRule="auto"/>
            </w:pPr>
            <w:r>
              <w:rPr>
                <w:rFonts w:ascii="Times New Roman" w:hAnsi="Times New Roman"/>
                <w:b/>
                <w:sz w:val="20"/>
              </w:rPr>
              <w:t>20</w:t>
            </w:r>
          </w:p>
          <w:p>
            <w:pPr>
              <w:spacing w:after="20" w:line="254" w:lineRule="auto"/>
            </w:pPr>
            <w:r>
              <w:rPr>
                <w:rFonts w:ascii="Times New Roman" w:hAnsi="Times New Roman"/>
                <w:b w:val="0"/>
                <w:sz w:val="16"/>
              </w:rPr>
              <w:t>8:00 AM Holy Eucharist</w:t>
            </w:r>
          </w:p>
          <w:p>
            <w:pPr>
              <w:spacing w:after="20" w:line="254" w:lineRule="auto"/>
            </w:pPr>
            <w:r>
              <w:rPr>
                <w:rFonts w:ascii="Times New Roman" w:hAnsi="Times New Roman"/>
                <w:b w:val="0"/>
                <w:sz w:val="16"/>
              </w:rPr>
              <w:t>9:00 AM–12:00 PM Nursery</w:t>
            </w:r>
          </w:p>
          <w:p>
            <w:pPr>
              <w:spacing w:after="20" w:line="254" w:lineRule="auto"/>
            </w:pPr>
            <w:r>
              <w:rPr>
                <w:rFonts w:ascii="Times New Roman" w:hAnsi="Times New Roman"/>
                <w:b w:val="0"/>
                <w:sz w:val="16"/>
              </w:rPr>
              <w:t>10:30 AM Holy Eucharist</w:t>
            </w:r>
          </w:p>
          <w:p>
            <w:pPr>
              <w:spacing w:after="20" w:line="254" w:lineRule="auto"/>
            </w:pPr>
            <w:r>
              <w:rPr>
                <w:rFonts w:ascii="Times New Roman" w:hAnsi="Times New Roman"/>
                <w:b/>
                <w:color w:val="174A7D"/>
                <w:sz w:val="16"/>
              </w:rPr>
              <w:t>17th Sunday after Pentecost (Proper 20A)</w:t>
            </w:r>
          </w:p>
        </w:tc>
        <w:tc>
          <w:tcPr>
            <w:tcW w:type="dxa" w:w="2030"/>
          </w:tcPr>
          <w:p>
            <w:pPr>
              <w:spacing w:after="40" w:line="254" w:lineRule="auto"/>
            </w:pPr>
            <w:r>
              <w:rPr>
                <w:rFonts w:ascii="Times New Roman" w:hAnsi="Times New Roman"/>
                <w:b/>
                <w:sz w:val="20"/>
              </w:rPr>
              <w:t>21</w:t>
            </w:r>
          </w:p>
          <w:p>
            <w:pPr>
              <w:spacing w:after="20" w:line="254" w:lineRule="auto"/>
            </w:pPr>
            <w:r>
              <w:rPr>
                <w:rFonts w:ascii="Times New Roman" w:hAnsi="Times New Roman"/>
                <w:b w:val="0"/>
                <w:sz w:val="16"/>
              </w:rPr>
              <w:t>9:30 AM Low Impact Exercise Class</w:t>
            </w:r>
          </w:p>
          <w:p>
            <w:pPr>
              <w:spacing w:after="20" w:line="254" w:lineRule="auto"/>
            </w:pPr>
            <w:r>
              <w:rPr>
                <w:rFonts w:ascii="Times New Roman" w:hAnsi="Times New Roman"/>
                <w:b w:val="0"/>
                <w:sz w:val="16"/>
              </w:rPr>
              <w:t>6:30 PM Alcoholics Anonymous</w:t>
            </w:r>
          </w:p>
        </w:tc>
        <w:tc>
          <w:tcPr>
            <w:tcW w:type="dxa" w:w="2030"/>
          </w:tcPr>
          <w:p>
            <w:pPr>
              <w:spacing w:after="40" w:line="254" w:lineRule="auto"/>
            </w:pPr>
            <w:r>
              <w:rPr>
                <w:rFonts w:ascii="Times New Roman" w:hAnsi="Times New Roman"/>
                <w:b/>
                <w:sz w:val="20"/>
              </w:rPr>
              <w:t>22</w:t>
            </w:r>
          </w:p>
          <w:p>
            <w:pPr>
              <w:spacing w:after="20" w:line="254" w:lineRule="auto"/>
            </w:pPr>
            <w:r>
              <w:rPr>
                <w:rFonts w:ascii="Times New Roman" w:hAnsi="Times New Roman"/>
                <w:b w:val="0"/>
                <w:sz w:val="16"/>
              </w:rPr>
              <w:t>9:30 AM Bountiful Blessings</w:t>
            </w:r>
          </w:p>
          <w:p>
            <w:pPr>
              <w:spacing w:after="20" w:line="254" w:lineRule="auto"/>
            </w:pPr>
            <w:r>
              <w:rPr>
                <w:rFonts w:ascii="Times New Roman" w:hAnsi="Times New Roman"/>
                <w:b w:val="0"/>
                <w:sz w:val="16"/>
              </w:rPr>
              <w:t>11:00 AM–2:00 PM Food Pantry</w:t>
            </w:r>
          </w:p>
          <w:p>
            <w:pPr>
              <w:spacing w:after="20" w:line="254" w:lineRule="auto"/>
            </w:pPr>
            <w:r>
              <w:rPr>
                <w:rFonts w:ascii="Times New Roman" w:hAnsi="Times New Roman"/>
                <w:b w:val="0"/>
                <w:sz w:val="16"/>
              </w:rPr>
              <w:t>12:00 PM Alcoholics Anonymous</w:t>
            </w:r>
          </w:p>
          <w:p>
            <w:pPr>
              <w:spacing w:after="20" w:line="254" w:lineRule="auto"/>
            </w:pPr>
            <w:r>
              <w:rPr>
                <w:rFonts w:ascii="Times New Roman" w:hAnsi="Times New Roman"/>
                <w:b w:val="0"/>
                <w:sz w:val="16"/>
              </w:rPr>
              <w:t>1:30 PM Tuesday Book</w:t>
            </w:r>
          </w:p>
          <w:p>
            <w:pPr>
              <w:spacing w:after="20" w:line="254" w:lineRule="auto"/>
            </w:pPr>
            <w:r>
              <w:rPr>
                <w:rFonts w:ascii="Times New Roman" w:hAnsi="Times New Roman"/>
                <w:b w:val="0"/>
                <w:sz w:val="16"/>
              </w:rPr>
              <w:t>5:15 PM Choir Rehearsal</w:t>
            </w:r>
          </w:p>
          <w:p>
            <w:pPr>
              <w:spacing w:after="20" w:line="254" w:lineRule="auto"/>
            </w:pPr>
            <w:r>
              <w:rPr>
                <w:rFonts w:ascii="Times New Roman" w:hAnsi="Times New Roman"/>
                <w:b w:val="0"/>
                <w:sz w:val="16"/>
              </w:rPr>
              <w:t>6:00 PM Al-Anon</w:t>
            </w:r>
          </w:p>
        </w:tc>
        <w:tc>
          <w:tcPr>
            <w:tcW w:type="dxa" w:w="2030"/>
          </w:tcPr>
          <w:p>
            <w:pPr>
              <w:spacing w:after="40" w:line="254" w:lineRule="auto"/>
            </w:pPr>
            <w:r>
              <w:rPr>
                <w:rFonts w:ascii="Times New Roman" w:hAnsi="Times New Roman"/>
                <w:b/>
                <w:sz w:val="20"/>
              </w:rPr>
              <w:t>23</w:t>
            </w:r>
          </w:p>
          <w:p>
            <w:pPr>
              <w:spacing w:after="20" w:line="254" w:lineRule="auto"/>
            </w:pPr>
            <w:r>
              <w:rPr>
                <w:rFonts w:ascii="Times New Roman" w:hAnsi="Times New Roman"/>
                <w:b w:val="0"/>
                <w:sz w:val="16"/>
              </w:rPr>
              <w:t>7:30 AM Chamber</w:t>
            </w:r>
          </w:p>
          <w:p>
            <w:pPr>
              <w:spacing w:after="20" w:line="254" w:lineRule="auto"/>
            </w:pPr>
            <w:r>
              <w:rPr>
                <w:rFonts w:ascii="Times New Roman" w:hAnsi="Times New Roman"/>
                <w:b w:val="0"/>
                <w:sz w:val="16"/>
              </w:rPr>
              <w:t>9:30 AM Low Impact Exercise Class</w:t>
            </w:r>
          </w:p>
          <w:p>
            <w:pPr>
              <w:spacing w:after="20" w:line="254" w:lineRule="auto"/>
            </w:pPr>
            <w:r>
              <w:rPr>
                <w:rFonts w:ascii="Times New Roman" w:hAnsi="Times New Roman"/>
                <w:b w:val="0"/>
                <w:sz w:val="16"/>
              </w:rPr>
              <w:t>10:00 AM Bible Study</w:t>
            </w:r>
          </w:p>
          <w:p>
            <w:pPr>
              <w:spacing w:after="20" w:line="254" w:lineRule="auto"/>
            </w:pPr>
            <w:r>
              <w:rPr>
                <w:rFonts w:ascii="Times New Roman" w:hAnsi="Times New Roman"/>
                <w:b w:val="0"/>
                <w:sz w:val="16"/>
              </w:rPr>
              <w:t>11:00 AM–2:00 PM Food Pantry</w:t>
            </w:r>
          </w:p>
          <w:p>
            <w:pPr>
              <w:spacing w:after="20" w:line="254" w:lineRule="auto"/>
            </w:pPr>
            <w:r>
              <w:rPr>
                <w:rFonts w:ascii="Times New Roman" w:hAnsi="Times New Roman"/>
                <w:b w:val="0"/>
                <w:sz w:val="16"/>
              </w:rPr>
              <w:t>12:00 PM Prayer with Holy Communion</w:t>
            </w:r>
          </w:p>
          <w:p>
            <w:pPr>
              <w:spacing w:after="20" w:line="254" w:lineRule="auto"/>
            </w:pPr>
            <w:r>
              <w:rPr>
                <w:rFonts w:ascii="Times New Roman" w:hAnsi="Times New Roman"/>
                <w:b w:val="0"/>
                <w:sz w:val="16"/>
              </w:rPr>
              <w:t>6:30 PM Alcoholics Anonymous</w:t>
            </w:r>
          </w:p>
          <w:p>
            <w:pPr>
              <w:spacing w:after="20" w:line="254" w:lineRule="auto"/>
            </w:pPr>
            <w:r>
              <w:rPr>
                <w:rFonts w:ascii="Times New Roman" w:hAnsi="Times New Roman"/>
                <w:b/>
                <w:color w:val="174A7D"/>
                <w:sz w:val="16"/>
              </w:rPr>
              <w:t>5:45 PM Prayer Ministry</w:t>
            </w:r>
          </w:p>
        </w:tc>
        <w:tc>
          <w:tcPr>
            <w:tcW w:type="dxa" w:w="2030"/>
          </w:tcPr>
          <w:p>
            <w:pPr>
              <w:spacing w:after="40" w:line="254" w:lineRule="auto"/>
            </w:pPr>
            <w:r>
              <w:rPr>
                <w:rFonts w:ascii="Times New Roman" w:hAnsi="Times New Roman"/>
                <w:b/>
                <w:sz w:val="20"/>
              </w:rPr>
              <w:t>24</w:t>
            </w:r>
          </w:p>
          <w:p>
            <w:pPr>
              <w:spacing w:after="20" w:line="254" w:lineRule="auto"/>
            </w:pPr>
            <w:r>
              <w:rPr>
                <w:rFonts w:ascii="Times New Roman" w:hAnsi="Times New Roman"/>
                <w:b/>
                <w:color w:val="174A7D"/>
                <w:sz w:val="16"/>
              </w:rPr>
              <w:t>1:00 PM Knit Together in Love</w:t>
            </w:r>
          </w:p>
          <w:p>
            <w:pPr>
              <w:spacing w:after="20" w:line="254" w:lineRule="auto"/>
            </w:pPr>
            <w:r>
              <w:rPr>
                <w:rFonts w:ascii="Times New Roman" w:hAnsi="Times New Roman"/>
                <w:b/>
                <w:color w:val="174A7D"/>
                <w:sz w:val="16"/>
              </w:rPr>
              <w:t>Newsletter Mailout</w:t>
            </w:r>
          </w:p>
        </w:tc>
        <w:tc>
          <w:tcPr>
            <w:tcW w:type="dxa" w:w="2030"/>
          </w:tcPr>
          <w:p>
            <w:pPr>
              <w:spacing w:after="40" w:line="254" w:lineRule="auto"/>
            </w:pPr>
            <w:r>
              <w:rPr>
                <w:rFonts w:ascii="Times New Roman" w:hAnsi="Times New Roman"/>
                <w:b/>
                <w:sz w:val="20"/>
              </w:rPr>
              <w:t>25</w:t>
            </w:r>
          </w:p>
          <w:p>
            <w:pPr>
              <w:spacing w:after="20" w:line="254" w:lineRule="auto"/>
            </w:pPr>
            <w:r>
              <w:rPr>
                <w:rFonts w:ascii="Times New Roman" w:hAnsi="Times New Roman"/>
                <w:b w:val="0"/>
                <w:sz w:val="16"/>
              </w:rPr>
              <w:t>8:30 AM Men’s Prayer Breakfast</w:t>
            </w:r>
          </w:p>
          <w:p>
            <w:pPr>
              <w:spacing w:after="20" w:line="254" w:lineRule="auto"/>
            </w:pPr>
            <w:r>
              <w:rPr>
                <w:rFonts w:ascii="Times New Roman" w:hAnsi="Times New Roman"/>
                <w:b w:val="0"/>
                <w:sz w:val="16"/>
              </w:rPr>
              <w:t>9:30 AM Exercise Class</w:t>
            </w:r>
          </w:p>
          <w:p>
            <w:pPr>
              <w:spacing w:after="20" w:line="254" w:lineRule="auto"/>
            </w:pPr>
            <w:r>
              <w:rPr>
                <w:rFonts w:ascii="Times New Roman" w:hAnsi="Times New Roman"/>
                <w:b w:val="0"/>
                <w:sz w:val="16"/>
              </w:rPr>
              <w:t>12:00 PM Alcoholics Anonymous</w:t>
            </w:r>
          </w:p>
        </w:tc>
        <w:tc>
          <w:tcPr>
            <w:tcW w:type="dxa" w:w="2030"/>
          </w:tcPr>
          <w:p>
            <w:pPr>
              <w:spacing w:after="40" w:line="254" w:lineRule="auto"/>
            </w:pPr>
            <w:r>
              <w:rPr>
                <w:rFonts w:ascii="Times New Roman" w:hAnsi="Times New Roman"/>
                <w:b/>
                <w:sz w:val="20"/>
              </w:rPr>
              <w:t>26</w:t>
            </w:r>
          </w:p>
          <w:p>
            <w:pPr>
              <w:spacing w:after="20" w:line="254" w:lineRule="auto"/>
            </w:pPr>
            <w:r>
              <w:rPr>
                <w:rFonts w:ascii="Times New Roman" w:hAnsi="Times New Roman"/>
                <w:b w:val="0"/>
                <w:sz w:val="16"/>
              </w:rPr>
              <w:t>7:00 PM Alcoholics Anonymous</w:t>
            </w:r>
          </w:p>
          <w:p>
            <w:pPr>
              <w:spacing w:after="20" w:line="254" w:lineRule="auto"/>
            </w:pPr>
            <w:r>
              <w:rPr>
                <w:rFonts w:ascii="Times New Roman" w:hAnsi="Times New Roman"/>
                <w:b/>
                <w:color w:val="174A7D"/>
                <w:sz w:val="16"/>
              </w:rPr>
              <w:t>9:00 AM Altar Guild</w:t>
            </w:r>
          </w:p>
        </w:tc>
      </w:tr>
      <w:tr>
        <w:trPr>
          <w:cantSplit/>
        </w:trPr>
        <w:tc>
          <w:tcPr>
            <w:tcW w:type="dxa" w:w="2030"/>
          </w:tcPr>
          <w:p>
            <w:pPr>
              <w:spacing w:after="40" w:line="254" w:lineRule="auto"/>
            </w:pPr>
            <w:r>
              <w:rPr>
                <w:rFonts w:ascii="Times New Roman" w:hAnsi="Times New Roman"/>
                <w:b/>
                <w:sz w:val="20"/>
              </w:rPr>
              <w:t>27</w:t>
            </w:r>
          </w:p>
          <w:p>
            <w:pPr>
              <w:spacing w:after="20" w:line="254" w:lineRule="auto"/>
            </w:pPr>
            <w:r>
              <w:rPr>
                <w:rFonts w:ascii="Times New Roman" w:hAnsi="Times New Roman"/>
                <w:b w:val="0"/>
                <w:sz w:val="16"/>
              </w:rPr>
              <w:t>8:00 AM Holy Eucharist</w:t>
            </w:r>
          </w:p>
          <w:p>
            <w:pPr>
              <w:spacing w:after="20" w:line="254" w:lineRule="auto"/>
            </w:pPr>
            <w:r>
              <w:rPr>
                <w:rFonts w:ascii="Times New Roman" w:hAnsi="Times New Roman"/>
                <w:b w:val="0"/>
                <w:sz w:val="16"/>
              </w:rPr>
              <w:t>9:00 AM–12:00 PM Nursery</w:t>
            </w:r>
          </w:p>
          <w:p>
            <w:pPr>
              <w:spacing w:after="20" w:line="254" w:lineRule="auto"/>
            </w:pPr>
            <w:r>
              <w:rPr>
                <w:rFonts w:ascii="Times New Roman" w:hAnsi="Times New Roman"/>
                <w:b w:val="0"/>
                <w:sz w:val="16"/>
              </w:rPr>
              <w:t>10:30 AM Holy Eucharist</w:t>
            </w:r>
          </w:p>
          <w:p>
            <w:pPr>
              <w:spacing w:after="20" w:line="254" w:lineRule="auto"/>
            </w:pPr>
            <w:r>
              <w:rPr>
                <w:rFonts w:ascii="Times New Roman" w:hAnsi="Times New Roman"/>
                <w:b/>
                <w:color w:val="174A7D"/>
                <w:sz w:val="16"/>
              </w:rPr>
              <w:t>18th Sunday after Pentecost (Proper 21A)</w:t>
            </w:r>
          </w:p>
        </w:tc>
        <w:tc>
          <w:tcPr>
            <w:tcW w:type="dxa" w:w="2030"/>
          </w:tcPr>
          <w:p>
            <w:pPr>
              <w:spacing w:after="40" w:line="254" w:lineRule="auto"/>
            </w:pPr>
            <w:r>
              <w:rPr>
                <w:rFonts w:ascii="Times New Roman" w:hAnsi="Times New Roman"/>
                <w:b/>
                <w:sz w:val="20"/>
              </w:rPr>
              <w:t>28</w:t>
            </w:r>
          </w:p>
          <w:p>
            <w:pPr>
              <w:spacing w:after="20" w:line="254" w:lineRule="auto"/>
            </w:pPr>
            <w:r>
              <w:rPr>
                <w:rFonts w:ascii="Times New Roman" w:hAnsi="Times New Roman"/>
                <w:b w:val="0"/>
                <w:sz w:val="16"/>
              </w:rPr>
              <w:t>9:30 AM Low Impact Exercise Class</w:t>
            </w:r>
          </w:p>
          <w:p>
            <w:pPr>
              <w:spacing w:after="20" w:line="254" w:lineRule="auto"/>
            </w:pPr>
            <w:r>
              <w:rPr>
                <w:rFonts w:ascii="Times New Roman" w:hAnsi="Times New Roman"/>
                <w:b w:val="0"/>
                <w:sz w:val="16"/>
              </w:rPr>
              <w:t>6:30 PM Alcoholics Anonymous</w:t>
            </w:r>
          </w:p>
        </w:tc>
        <w:tc>
          <w:tcPr>
            <w:tcW w:type="dxa" w:w="2030"/>
          </w:tcPr>
          <w:p>
            <w:pPr>
              <w:spacing w:after="40" w:line="254" w:lineRule="auto"/>
            </w:pPr>
            <w:r>
              <w:rPr>
                <w:rFonts w:ascii="Times New Roman" w:hAnsi="Times New Roman"/>
                <w:b/>
                <w:sz w:val="20"/>
              </w:rPr>
              <w:t>29</w:t>
            </w:r>
          </w:p>
          <w:p>
            <w:pPr>
              <w:spacing w:after="20" w:line="254" w:lineRule="auto"/>
            </w:pPr>
            <w:r>
              <w:rPr>
                <w:rFonts w:ascii="Times New Roman" w:hAnsi="Times New Roman"/>
                <w:b w:val="0"/>
                <w:sz w:val="16"/>
              </w:rPr>
              <w:t>9:30 AM Bountiful Blessings</w:t>
            </w:r>
          </w:p>
          <w:p>
            <w:pPr>
              <w:spacing w:after="20" w:line="254" w:lineRule="auto"/>
            </w:pPr>
            <w:r>
              <w:rPr>
                <w:rFonts w:ascii="Times New Roman" w:hAnsi="Times New Roman"/>
                <w:b w:val="0"/>
                <w:sz w:val="16"/>
              </w:rPr>
              <w:t>11:00 AM–2:00 PM Food Pantry</w:t>
            </w:r>
          </w:p>
          <w:p>
            <w:pPr>
              <w:spacing w:after="20" w:line="254" w:lineRule="auto"/>
            </w:pPr>
            <w:r>
              <w:rPr>
                <w:rFonts w:ascii="Times New Roman" w:hAnsi="Times New Roman"/>
                <w:b w:val="0"/>
                <w:sz w:val="16"/>
              </w:rPr>
              <w:t>12:00 PM Alcoholics Anonymous</w:t>
            </w:r>
          </w:p>
          <w:p>
            <w:pPr>
              <w:spacing w:after="20" w:line="254" w:lineRule="auto"/>
            </w:pPr>
            <w:r>
              <w:rPr>
                <w:rFonts w:ascii="Times New Roman" w:hAnsi="Times New Roman"/>
                <w:b w:val="0"/>
                <w:sz w:val="16"/>
              </w:rPr>
              <w:t>1:30 PM Tuesday Book</w:t>
            </w:r>
          </w:p>
          <w:p>
            <w:pPr>
              <w:spacing w:after="20" w:line="254" w:lineRule="auto"/>
            </w:pPr>
            <w:r>
              <w:rPr>
                <w:rFonts w:ascii="Times New Roman" w:hAnsi="Times New Roman"/>
                <w:b w:val="0"/>
                <w:sz w:val="16"/>
              </w:rPr>
              <w:t>5:15 PM Choir Rehearsal</w:t>
            </w:r>
          </w:p>
          <w:p>
            <w:pPr>
              <w:spacing w:after="20" w:line="254" w:lineRule="auto"/>
            </w:pPr>
            <w:r>
              <w:rPr>
                <w:rFonts w:ascii="Times New Roman" w:hAnsi="Times New Roman"/>
                <w:b w:val="0"/>
                <w:sz w:val="16"/>
              </w:rPr>
              <w:t>6:00 PM Al-Anon</w:t>
            </w:r>
          </w:p>
        </w:tc>
        <w:tc>
          <w:tcPr>
            <w:tcW w:type="dxa" w:w="2030"/>
          </w:tcPr>
          <w:p>
            <w:pPr>
              <w:spacing w:after="40" w:line="254" w:lineRule="auto"/>
            </w:pPr>
            <w:r>
              <w:rPr>
                <w:rFonts w:ascii="Times New Roman" w:hAnsi="Times New Roman"/>
                <w:b/>
                <w:sz w:val="20"/>
              </w:rPr>
              <w:t>30</w:t>
            </w:r>
          </w:p>
          <w:p>
            <w:pPr>
              <w:spacing w:after="20" w:line="254" w:lineRule="auto"/>
            </w:pPr>
            <w:r>
              <w:rPr>
                <w:rFonts w:ascii="Times New Roman" w:hAnsi="Times New Roman"/>
                <w:b w:val="0"/>
                <w:sz w:val="16"/>
              </w:rPr>
              <w:t>7:30 AM Chamber</w:t>
            </w:r>
          </w:p>
          <w:p>
            <w:pPr>
              <w:spacing w:after="20" w:line="254" w:lineRule="auto"/>
            </w:pPr>
            <w:r>
              <w:rPr>
                <w:rFonts w:ascii="Times New Roman" w:hAnsi="Times New Roman"/>
                <w:b w:val="0"/>
                <w:sz w:val="16"/>
              </w:rPr>
              <w:t>9:30 AM Low Impact Exercise Class</w:t>
            </w:r>
          </w:p>
          <w:p>
            <w:pPr>
              <w:spacing w:after="20" w:line="254" w:lineRule="auto"/>
            </w:pPr>
            <w:r>
              <w:rPr>
                <w:rFonts w:ascii="Times New Roman" w:hAnsi="Times New Roman"/>
                <w:b w:val="0"/>
                <w:sz w:val="16"/>
              </w:rPr>
              <w:t>10:00 AM Bible Study</w:t>
            </w:r>
          </w:p>
          <w:p>
            <w:pPr>
              <w:spacing w:after="20" w:line="254" w:lineRule="auto"/>
            </w:pPr>
            <w:r>
              <w:rPr>
                <w:rFonts w:ascii="Times New Roman" w:hAnsi="Times New Roman"/>
                <w:b w:val="0"/>
                <w:sz w:val="16"/>
              </w:rPr>
              <w:t>11:00 AM–2:00 PM Food Pantry</w:t>
            </w:r>
          </w:p>
          <w:p>
            <w:pPr>
              <w:spacing w:after="20" w:line="254" w:lineRule="auto"/>
            </w:pPr>
            <w:r>
              <w:rPr>
                <w:rFonts w:ascii="Times New Roman" w:hAnsi="Times New Roman"/>
                <w:b w:val="0"/>
                <w:sz w:val="16"/>
              </w:rPr>
              <w:t>12:00 PM Prayer with Holy Communion</w:t>
            </w:r>
          </w:p>
          <w:p>
            <w:pPr>
              <w:spacing w:after="20" w:line="254" w:lineRule="auto"/>
            </w:pPr>
            <w:r>
              <w:rPr>
                <w:rFonts w:ascii="Times New Roman" w:hAnsi="Times New Roman"/>
                <w:b w:val="0"/>
                <w:sz w:val="16"/>
              </w:rPr>
              <w:t>6:30 PM Alcoholics Anonymous</w:t>
            </w:r>
          </w:p>
        </w:tc>
        <w:tc>
          <w:tcPr>
            <w:tcW w:type="dxa" w:w="2030"/>
          </w:tcPr>
          <w:p>
            <w:pPr>
              <w:spacing w:after="0" w:line="254" w:lineRule="auto"/>
            </w:pPr>
            <w:r>
              <w:rPr>
                <w:rFonts w:ascii="Times New Roman" w:hAnsi="Times New Roman"/>
                <w:b w:val="0"/>
                <w:sz w:val="16"/>
              </w:rPr>
            </w:r>
          </w:p>
        </w:tc>
        <w:tc>
          <w:tcPr>
            <w:tcW w:type="dxa" w:w="2030"/>
          </w:tcPr>
          <w:p>
            <w:pPr>
              <w:spacing w:after="0" w:line="254" w:lineRule="auto"/>
            </w:pPr>
            <w:r>
              <w:rPr>
                <w:rFonts w:ascii="Times New Roman" w:hAnsi="Times New Roman"/>
                <w:b w:val="0"/>
                <w:sz w:val="16"/>
              </w:rPr>
            </w:r>
          </w:p>
        </w:tc>
        <w:tc>
          <w:tcPr>
            <w:tcW w:type="dxa" w:w="2030"/>
          </w:tcPr>
          <w:p>
            <w:pPr>
              <w:spacing w:after="0" w:line="254" w:lineRule="auto"/>
            </w:pPr>
            <w:r>
              <w:rPr>
                <w:rFonts w:ascii="Times New Roman" w:hAnsi="Times New Roman"/>
                <w:b w:val="0"/>
                <w:sz w:val="16"/>
              </w:rPr>
            </w:r>
          </w:p>
        </w:tc>
      </w:tr>
    </w:tbl>
    <w:p>
      <w:r>
        <w:br w:type="page"/>
      </w:r>
    </w:p>
    <w:p>
      <w:pPr>
        <w:spacing w:after="240" w:line="254" w:lineRule="auto"/>
      </w:pPr>
      <w:r>
        <w:rPr>
          <w:rFonts w:ascii="Times New Roman" w:hAnsi="Times New Roman"/>
          <w:b/>
          <w:color w:val="174A7D"/>
          <w:sz w:val="46"/>
        </w:rPr>
        <w:t>September 2026 Lay Ministry</w:t>
      </w:r>
    </w:p>
    <w:p>
      <w:pPr>
        <w:spacing w:after="240" w:line="254" w:lineRule="auto"/>
      </w:pPr>
      <w:r>
        <w:rPr>
          <w:rFonts w:ascii="Times New Roman" w:hAnsi="Times New Roman"/>
          <w:b w:val="0"/>
          <w:sz w:val="22"/>
        </w:rPr>
        <w:t>Assignments by Sunday • A dash indicates a blank assignment in the supplied schedule</w:t>
      </w:r>
    </w:p>
    <w:tbl>
      <w:tblPr>
        <w:tblStyle w:val="TableGrid"/>
        <w:tblW w:type="auto" w:w="0"/>
        <w:tblLayout w:type="fixed"/>
        <w:tblLook w:firstColumn="1" w:firstRow="1" w:lastColumn="0" w:lastRow="0" w:noHBand="0" w:noVBand="1" w:val="04A0"/>
      </w:tblPr>
      <w:tblGrid>
        <w:gridCol w:w="3168"/>
        <w:gridCol w:w="2736"/>
        <w:gridCol w:w="2736"/>
        <w:gridCol w:w="2736"/>
        <w:gridCol w:w="2736"/>
      </w:tblGrid>
      <w:tr>
        <w:tc>
          <w:tcPr>
            <w:tcW w:type="dxa" w:w="2851"/>
            <w:shd w:fill="DAE8F4"/>
          </w:tcPr>
          <w:p>
            <w:r>
              <w:t>Ministry</w:t>
            </w:r>
          </w:p>
        </w:tc>
        <w:tc>
          <w:tcPr>
            <w:tcW w:type="dxa" w:w="2851"/>
            <w:shd w:fill="DAE8F4"/>
          </w:tcPr>
          <w:p>
            <w:r>
              <w:t>September 6</w:t>
            </w:r>
          </w:p>
        </w:tc>
        <w:tc>
          <w:tcPr>
            <w:tcW w:type="dxa" w:w="2851"/>
            <w:shd w:fill="DAE8F4"/>
          </w:tcPr>
          <w:p>
            <w:r>
              <w:t>September 13</w:t>
            </w:r>
          </w:p>
        </w:tc>
        <w:tc>
          <w:tcPr>
            <w:tcW w:type="dxa" w:w="2851"/>
            <w:shd w:fill="DAE8F4"/>
          </w:tcPr>
          <w:p>
            <w:r>
              <w:t>September 20</w:t>
            </w:r>
          </w:p>
        </w:tc>
        <w:tc>
          <w:tcPr>
            <w:tcW w:type="dxa" w:w="2851"/>
            <w:shd w:fill="DAE8F4"/>
          </w:tcPr>
          <w:p>
            <w:r>
              <w:t>September 27</w:t>
            </w:r>
          </w:p>
        </w:tc>
      </w:tr>
      <w:tr>
        <w:tc>
          <w:tcPr>
            <w:tcW w:type="dxa" w:w="3168"/>
            <w:shd w:fill="F2F6F9"/>
          </w:tcPr>
          <w:p>
            <w:pPr>
              <w:spacing w:after="40" w:line="254" w:lineRule="auto"/>
            </w:pPr>
            <w:r>
              <w:rPr>
                <w:rFonts w:ascii="Times New Roman" w:hAnsi="Times New Roman"/>
                <w:b w:val="0"/>
                <w:sz w:val="20"/>
              </w:rPr>
              <w:t>Vestry Person of the Week</w:t>
            </w:r>
          </w:p>
        </w:tc>
        <w:tc>
          <w:tcPr>
            <w:tcW w:type="dxa" w:w="2736"/>
            <w:shd w:fill="F2F6F9"/>
          </w:tcPr>
          <w:p>
            <w:pPr>
              <w:spacing w:after="40" w:line="254" w:lineRule="auto"/>
            </w:pPr>
            <w:r>
              <w:rPr>
                <w:rFonts w:ascii="Times New Roman" w:hAnsi="Times New Roman"/>
                <w:b w:val="0"/>
                <w:sz w:val="20"/>
              </w:rPr>
              <w:t>Gerrald Giblin</w:t>
            </w:r>
          </w:p>
        </w:tc>
        <w:tc>
          <w:tcPr>
            <w:tcW w:type="dxa" w:w="2736"/>
            <w:shd w:fill="F2F6F9"/>
          </w:tcPr>
          <w:p>
            <w:pPr>
              <w:spacing w:after="40" w:line="254" w:lineRule="auto"/>
            </w:pPr>
            <w:r>
              <w:rPr>
                <w:rFonts w:ascii="Times New Roman" w:hAnsi="Times New Roman"/>
                <w:b w:val="0"/>
                <w:sz w:val="20"/>
              </w:rPr>
              <w:t>Bill Davis</w:t>
            </w:r>
          </w:p>
        </w:tc>
        <w:tc>
          <w:tcPr>
            <w:tcW w:type="dxa" w:w="2736"/>
            <w:shd w:fill="F2F6F9"/>
          </w:tcPr>
          <w:p>
            <w:pPr>
              <w:spacing w:after="40" w:line="254" w:lineRule="auto"/>
            </w:pPr>
            <w:r>
              <w:rPr>
                <w:rFonts w:ascii="Times New Roman" w:hAnsi="Times New Roman"/>
                <w:b w:val="0"/>
                <w:sz w:val="20"/>
              </w:rPr>
              <w:t>Shane Barton</w:t>
            </w:r>
          </w:p>
        </w:tc>
        <w:tc>
          <w:tcPr>
            <w:tcW w:type="dxa" w:w="2736"/>
            <w:shd w:fill="F2F6F9"/>
          </w:tcPr>
          <w:p>
            <w:pPr>
              <w:spacing w:after="40" w:line="254" w:lineRule="auto"/>
            </w:pPr>
            <w:r>
              <w:rPr>
                <w:rFonts w:ascii="Times New Roman" w:hAnsi="Times New Roman"/>
                <w:b w:val="0"/>
                <w:sz w:val="20"/>
              </w:rPr>
              <w:t>Doug Peck</w:t>
            </w:r>
          </w:p>
        </w:tc>
      </w:tr>
      <w:tr>
        <w:tc>
          <w:tcPr>
            <w:tcW w:type="dxa" w:w="3168"/>
          </w:tcPr>
          <w:p>
            <w:pPr>
              <w:spacing w:after="40" w:line="254" w:lineRule="auto"/>
            </w:pPr>
            <w:r>
              <w:rPr>
                <w:rFonts w:ascii="Times New Roman" w:hAnsi="Times New Roman"/>
                <w:b w:val="0"/>
                <w:sz w:val="20"/>
              </w:rPr>
              <w:t>Altar Guild</w:t>
            </w:r>
          </w:p>
        </w:tc>
        <w:tc>
          <w:tcPr>
            <w:tcW w:type="dxa" w:w="2736"/>
          </w:tcPr>
          <w:p>
            <w:pPr>
              <w:spacing w:after="40" w:line="254" w:lineRule="auto"/>
            </w:pPr>
            <w:r>
              <w:rPr>
                <w:rFonts w:ascii="Times New Roman" w:hAnsi="Times New Roman"/>
                <w:b w:val="0"/>
                <w:sz w:val="20"/>
              </w:rPr>
              <w:t>Diana Evans</w:t>
              <w:br/>
              <w:t>Cornelia Estey</w:t>
              <w:br/>
              <w:t>Sr. Anna Grace Madden</w:t>
              <w:br/>
              <w:t>Jennie Meier</w:t>
            </w:r>
          </w:p>
        </w:tc>
        <w:tc>
          <w:tcPr>
            <w:tcW w:type="dxa" w:w="2736"/>
          </w:tcPr>
          <w:p>
            <w:pPr>
              <w:spacing w:after="40" w:line="254" w:lineRule="auto"/>
            </w:pPr>
            <w:r>
              <w:rPr>
                <w:rFonts w:ascii="Times New Roman" w:hAnsi="Times New Roman"/>
                <w:b w:val="0"/>
                <w:sz w:val="20"/>
              </w:rPr>
              <w:t>Jeff Zeiss</w:t>
              <w:br/>
              <w:t>Karen Radabaugh</w:t>
              <w:br/>
              <w:t>Mary Mabry</w:t>
              <w:br/>
              <w:t>Bev Baker</w:t>
            </w:r>
          </w:p>
        </w:tc>
        <w:tc>
          <w:tcPr>
            <w:tcW w:type="dxa" w:w="2736"/>
          </w:tcPr>
          <w:p>
            <w:pPr>
              <w:spacing w:after="40" w:line="254" w:lineRule="auto"/>
            </w:pPr>
            <w:r>
              <w:rPr>
                <w:rFonts w:ascii="Times New Roman" w:hAnsi="Times New Roman"/>
                <w:b w:val="0"/>
                <w:sz w:val="20"/>
              </w:rPr>
              <w:t>Betty Fortner</w:t>
              <w:br/>
              <w:t>Stephanie Buchanan</w:t>
              <w:br/>
              <w:t>Samme Barton Harris</w:t>
            </w:r>
          </w:p>
        </w:tc>
        <w:tc>
          <w:tcPr>
            <w:tcW w:type="dxa" w:w="2736"/>
          </w:tcPr>
          <w:p>
            <w:pPr>
              <w:spacing w:after="40" w:line="254" w:lineRule="auto"/>
            </w:pPr>
            <w:r>
              <w:rPr>
                <w:rFonts w:ascii="Times New Roman" w:hAnsi="Times New Roman"/>
                <w:b w:val="0"/>
                <w:sz w:val="20"/>
              </w:rPr>
              <w:t>Sally English</w:t>
              <w:br/>
              <w:t>Susan Warburton</w:t>
              <w:br/>
              <w:t>Kathy Thompson</w:t>
              <w:br/>
              <w:t>Mary Mabry</w:t>
            </w:r>
          </w:p>
        </w:tc>
      </w:tr>
      <w:tr>
        <w:tc>
          <w:tcPr>
            <w:tcW w:type="dxa" w:w="3168"/>
            <w:shd w:fill="F2F6F9"/>
          </w:tcPr>
          <w:p>
            <w:pPr>
              <w:spacing w:after="40" w:line="254" w:lineRule="auto"/>
            </w:pPr>
            <w:r>
              <w:rPr>
                <w:rFonts w:ascii="Times New Roman" w:hAnsi="Times New Roman"/>
                <w:b w:val="0"/>
                <w:sz w:val="20"/>
              </w:rPr>
              <w:t>Hospitality</w:t>
            </w:r>
          </w:p>
        </w:tc>
        <w:tc>
          <w:tcPr>
            <w:tcW w:type="dxa" w:w="2736"/>
            <w:shd w:fill="F2F6F9"/>
          </w:tcPr>
          <w:p>
            <w:pPr>
              <w:spacing w:after="40" w:line="254" w:lineRule="auto"/>
            </w:pPr>
            <w:r>
              <w:rPr>
                <w:rFonts w:ascii="Times New Roman" w:hAnsi="Times New Roman"/>
                <w:b w:val="0"/>
                <w:sz w:val="20"/>
              </w:rPr>
              <w:t>Sally English</w:t>
              <w:br/>
              <w:t>Missy Peck</w:t>
            </w:r>
          </w:p>
        </w:tc>
        <w:tc>
          <w:tcPr>
            <w:tcW w:type="dxa" w:w="2736"/>
            <w:shd w:fill="F2F6F9"/>
          </w:tcPr>
          <w:p>
            <w:pPr>
              <w:spacing w:after="40" w:line="254" w:lineRule="auto"/>
            </w:pPr>
            <w:r>
              <w:rPr>
                <w:rFonts w:ascii="Times New Roman" w:hAnsi="Times New Roman"/>
                <w:b w:val="0"/>
                <w:sz w:val="20"/>
              </w:rPr>
              <w:t>Chris Duckworth</w:t>
              <w:br/>
              <w:t>Kim Duckworth</w:t>
            </w:r>
          </w:p>
        </w:tc>
        <w:tc>
          <w:tcPr>
            <w:tcW w:type="dxa" w:w="2736"/>
            <w:shd w:fill="F2F6F9"/>
          </w:tcPr>
          <w:p>
            <w:pPr>
              <w:spacing w:after="40" w:line="254" w:lineRule="auto"/>
            </w:pPr>
            <w:r>
              <w:rPr>
                <w:rFonts w:ascii="Times New Roman" w:hAnsi="Times New Roman"/>
                <w:b w:val="0"/>
                <w:sz w:val="20"/>
              </w:rPr>
              <w:t>Mary Ann Herndon</w:t>
              <w:br/>
              <w:t>Bev Baker</w:t>
            </w:r>
          </w:p>
        </w:tc>
        <w:tc>
          <w:tcPr>
            <w:tcW w:type="dxa" w:w="2736"/>
            <w:shd w:fill="F2F6F9"/>
          </w:tcPr>
          <w:p>
            <w:pPr>
              <w:spacing w:after="40" w:line="254" w:lineRule="auto"/>
            </w:pPr>
            <w:r>
              <w:rPr>
                <w:rFonts w:ascii="Times New Roman" w:hAnsi="Times New Roman"/>
                <w:b w:val="0"/>
                <w:sz w:val="20"/>
              </w:rPr>
              <w:t>Terry-Ann Moss</w:t>
              <w:br/>
              <w:t>Michael Hannawald</w:t>
            </w:r>
          </w:p>
        </w:tc>
      </w:tr>
      <w:tr>
        <w:tc>
          <w:tcPr>
            <w:tcW w:type="dxa" w:w="3168"/>
          </w:tcPr>
          <w:p>
            <w:pPr>
              <w:spacing w:after="40" w:line="254" w:lineRule="auto"/>
            </w:pPr>
            <w:r>
              <w:rPr>
                <w:rFonts w:ascii="Times New Roman" w:hAnsi="Times New Roman"/>
                <w:b w:val="0"/>
                <w:sz w:val="20"/>
              </w:rPr>
              <w:t>8:00 a.m. Greeter</w:t>
            </w:r>
          </w:p>
        </w:tc>
        <w:tc>
          <w:tcPr>
            <w:tcW w:type="dxa" w:w="2736"/>
          </w:tcPr>
          <w:p>
            <w:pPr>
              <w:spacing w:after="40" w:line="254" w:lineRule="auto"/>
            </w:pPr>
            <w:r>
              <w:rPr>
                <w:rFonts w:ascii="Times New Roman" w:hAnsi="Times New Roman"/>
                <w:b w:val="0"/>
                <w:sz w:val="20"/>
              </w:rPr>
              <w:t>Mary Ann Herndon</w:t>
            </w:r>
          </w:p>
        </w:tc>
        <w:tc>
          <w:tcPr>
            <w:tcW w:type="dxa" w:w="2736"/>
          </w:tcPr>
          <w:p>
            <w:pPr>
              <w:spacing w:after="40" w:line="254" w:lineRule="auto"/>
            </w:pPr>
            <w:r>
              <w:rPr>
                <w:rFonts w:ascii="Times New Roman" w:hAnsi="Times New Roman"/>
                <w:b w:val="0"/>
                <w:sz w:val="20"/>
              </w:rPr>
              <w:t>Philip Taft</w:t>
              <w:br/>
              <w:t>Tye Taft</w:t>
            </w:r>
          </w:p>
        </w:tc>
        <w:tc>
          <w:tcPr>
            <w:tcW w:type="dxa" w:w="2736"/>
          </w:tcPr>
          <w:p>
            <w:pPr>
              <w:spacing w:after="40" w:line="254" w:lineRule="auto"/>
            </w:pPr>
            <w:r>
              <w:rPr>
                <w:rFonts w:ascii="Times New Roman" w:hAnsi="Times New Roman"/>
                <w:b w:val="0"/>
                <w:sz w:val="20"/>
              </w:rPr>
              <w:t>Mary Eikenhorst</w:t>
              <w:br/>
              <w:t>Ron Eikenhorst</w:t>
            </w:r>
          </w:p>
        </w:tc>
        <w:tc>
          <w:tcPr>
            <w:tcW w:type="dxa" w:w="2736"/>
          </w:tcPr>
          <w:p>
            <w:pPr>
              <w:spacing w:after="40" w:line="254" w:lineRule="auto"/>
            </w:pPr>
            <w:r>
              <w:rPr>
                <w:rFonts w:ascii="Times New Roman" w:hAnsi="Times New Roman"/>
                <w:b w:val="0"/>
                <w:sz w:val="20"/>
              </w:rPr>
              <w:t>Cherry Daugbjerg</w:t>
              <w:br/>
              <w:t>Ray Daugbjerg</w:t>
            </w:r>
          </w:p>
        </w:tc>
      </w:tr>
      <w:tr>
        <w:tc>
          <w:tcPr>
            <w:tcW w:type="dxa" w:w="3168"/>
            <w:shd w:fill="F2F6F9"/>
          </w:tcPr>
          <w:p>
            <w:pPr>
              <w:spacing w:after="40" w:line="254" w:lineRule="auto"/>
            </w:pPr>
            <w:r>
              <w:rPr>
                <w:rFonts w:ascii="Times New Roman" w:hAnsi="Times New Roman"/>
                <w:b w:val="0"/>
                <w:sz w:val="20"/>
              </w:rPr>
              <w:t>8:00 a.m. Lay Eucharistic Minister</w:t>
            </w:r>
          </w:p>
        </w:tc>
        <w:tc>
          <w:tcPr>
            <w:tcW w:type="dxa" w:w="2736"/>
            <w:shd w:fill="F2F6F9"/>
          </w:tcPr>
          <w:p>
            <w:pPr>
              <w:spacing w:after="40" w:line="254" w:lineRule="auto"/>
            </w:pPr>
            <w:r>
              <w:rPr>
                <w:rFonts w:ascii="Times New Roman" w:hAnsi="Times New Roman"/>
                <w:b w:val="0"/>
                <w:sz w:val="20"/>
              </w:rPr>
              <w:t>Chris Bullock</w:t>
            </w:r>
          </w:p>
        </w:tc>
        <w:tc>
          <w:tcPr>
            <w:tcW w:type="dxa" w:w="2736"/>
            <w:shd w:fill="F2F6F9"/>
          </w:tcPr>
          <w:p>
            <w:pPr>
              <w:spacing w:after="40" w:line="254" w:lineRule="auto"/>
            </w:pPr>
            <w:r>
              <w:rPr>
                <w:rFonts w:ascii="Times New Roman" w:hAnsi="Times New Roman"/>
                <w:b w:val="0"/>
                <w:sz w:val="20"/>
              </w:rPr>
              <w:t>Doug Peck</w:t>
            </w:r>
          </w:p>
        </w:tc>
        <w:tc>
          <w:tcPr>
            <w:tcW w:type="dxa" w:w="2736"/>
            <w:shd w:fill="F2F6F9"/>
          </w:tcPr>
          <w:p>
            <w:pPr>
              <w:spacing w:after="40" w:line="254" w:lineRule="auto"/>
            </w:pPr>
            <w:r>
              <w:rPr>
                <w:rFonts w:ascii="Times New Roman" w:hAnsi="Times New Roman"/>
                <w:b w:val="0"/>
                <w:sz w:val="20"/>
              </w:rPr>
              <w:t>Mike Callaway</w:t>
            </w:r>
          </w:p>
        </w:tc>
        <w:tc>
          <w:tcPr>
            <w:tcW w:type="dxa" w:w="2736"/>
            <w:shd w:fill="F2F6F9"/>
          </w:tcPr>
          <w:p>
            <w:pPr>
              <w:spacing w:after="40" w:line="254" w:lineRule="auto"/>
            </w:pPr>
            <w:r>
              <w:rPr>
                <w:rFonts w:ascii="Times New Roman" w:hAnsi="Times New Roman"/>
                <w:b w:val="0"/>
                <w:sz w:val="20"/>
              </w:rPr>
              <w:t>—</w:t>
            </w:r>
          </w:p>
        </w:tc>
      </w:tr>
      <w:tr>
        <w:tc>
          <w:tcPr>
            <w:tcW w:type="dxa" w:w="3168"/>
          </w:tcPr>
          <w:p>
            <w:pPr>
              <w:spacing w:after="40" w:line="254" w:lineRule="auto"/>
            </w:pPr>
            <w:r>
              <w:rPr>
                <w:rFonts w:ascii="Times New Roman" w:hAnsi="Times New Roman"/>
                <w:b w:val="0"/>
                <w:sz w:val="20"/>
              </w:rPr>
              <w:t>8:00 a.m. Pray and Heal</w:t>
            </w:r>
          </w:p>
        </w:tc>
        <w:tc>
          <w:tcPr>
            <w:tcW w:type="dxa" w:w="2736"/>
          </w:tcPr>
          <w:p>
            <w:pPr>
              <w:spacing w:after="40" w:line="254" w:lineRule="auto"/>
            </w:pPr>
            <w:r>
              <w:rPr>
                <w:rFonts w:ascii="Times New Roman" w:hAnsi="Times New Roman"/>
                <w:b w:val="0"/>
                <w:sz w:val="20"/>
              </w:rPr>
              <w:t>—</w:t>
            </w:r>
          </w:p>
        </w:tc>
        <w:tc>
          <w:tcPr>
            <w:tcW w:type="dxa" w:w="2736"/>
          </w:tcPr>
          <w:p>
            <w:pPr>
              <w:spacing w:after="40" w:line="254" w:lineRule="auto"/>
            </w:pPr>
            <w:r>
              <w:rPr>
                <w:rFonts w:ascii="Times New Roman" w:hAnsi="Times New Roman"/>
                <w:b w:val="0"/>
                <w:sz w:val="20"/>
              </w:rPr>
              <w:t>—</w:t>
            </w:r>
          </w:p>
        </w:tc>
        <w:tc>
          <w:tcPr>
            <w:tcW w:type="dxa" w:w="2736"/>
          </w:tcPr>
          <w:p>
            <w:pPr>
              <w:spacing w:after="40" w:line="254" w:lineRule="auto"/>
            </w:pPr>
            <w:r>
              <w:rPr>
                <w:rFonts w:ascii="Times New Roman" w:hAnsi="Times New Roman"/>
                <w:b w:val="0"/>
                <w:sz w:val="20"/>
              </w:rPr>
              <w:t>—</w:t>
            </w:r>
          </w:p>
        </w:tc>
        <w:tc>
          <w:tcPr>
            <w:tcW w:type="dxa" w:w="2736"/>
          </w:tcPr>
          <w:p>
            <w:pPr>
              <w:spacing w:after="40" w:line="254" w:lineRule="auto"/>
            </w:pPr>
            <w:r>
              <w:rPr>
                <w:rFonts w:ascii="Times New Roman" w:hAnsi="Times New Roman"/>
                <w:b w:val="0"/>
                <w:sz w:val="20"/>
              </w:rPr>
              <w:t>—</w:t>
            </w:r>
          </w:p>
        </w:tc>
      </w:tr>
      <w:tr>
        <w:tc>
          <w:tcPr>
            <w:tcW w:type="dxa" w:w="3168"/>
            <w:shd w:fill="F2F6F9"/>
          </w:tcPr>
          <w:p>
            <w:pPr>
              <w:spacing w:after="40" w:line="254" w:lineRule="auto"/>
            </w:pPr>
            <w:r>
              <w:rPr>
                <w:rFonts w:ascii="Times New Roman" w:hAnsi="Times New Roman"/>
                <w:b w:val="0"/>
                <w:sz w:val="20"/>
              </w:rPr>
              <w:t>10:30 a.m. Greeters (N)</w:t>
            </w:r>
          </w:p>
        </w:tc>
        <w:tc>
          <w:tcPr>
            <w:tcW w:type="dxa" w:w="2736"/>
            <w:shd w:fill="F2F6F9"/>
          </w:tcPr>
          <w:p>
            <w:pPr>
              <w:spacing w:after="40" w:line="254" w:lineRule="auto"/>
            </w:pPr>
            <w:r>
              <w:rPr>
                <w:rFonts w:ascii="Times New Roman" w:hAnsi="Times New Roman"/>
                <w:b w:val="0"/>
                <w:sz w:val="20"/>
              </w:rPr>
              <w:t>Jan Carroll</w:t>
              <w:br/>
              <w:t>Chris Carroll</w:t>
            </w:r>
          </w:p>
        </w:tc>
        <w:tc>
          <w:tcPr>
            <w:tcW w:type="dxa" w:w="2736"/>
            <w:shd w:fill="F2F6F9"/>
          </w:tcPr>
          <w:p>
            <w:pPr>
              <w:spacing w:after="40" w:line="254" w:lineRule="auto"/>
            </w:pPr>
            <w:r>
              <w:rPr>
                <w:rFonts w:ascii="Times New Roman" w:hAnsi="Times New Roman"/>
                <w:b w:val="0"/>
                <w:sz w:val="20"/>
              </w:rPr>
              <w:t>Gerrald Giblin</w:t>
            </w:r>
          </w:p>
        </w:tc>
        <w:tc>
          <w:tcPr>
            <w:tcW w:type="dxa" w:w="2736"/>
            <w:shd w:fill="F2F6F9"/>
          </w:tcPr>
          <w:p>
            <w:pPr>
              <w:spacing w:after="40" w:line="254" w:lineRule="auto"/>
            </w:pPr>
            <w:r>
              <w:rPr>
                <w:rFonts w:ascii="Times New Roman" w:hAnsi="Times New Roman"/>
                <w:b w:val="0"/>
                <w:sz w:val="20"/>
              </w:rPr>
              <w:t>Charles Schubert</w:t>
              <w:br/>
              <w:t>Pam Schubert</w:t>
            </w:r>
          </w:p>
        </w:tc>
        <w:tc>
          <w:tcPr>
            <w:tcW w:type="dxa" w:w="2736"/>
            <w:shd w:fill="F2F6F9"/>
          </w:tcPr>
          <w:p>
            <w:pPr>
              <w:spacing w:after="40" w:line="254" w:lineRule="auto"/>
            </w:pPr>
            <w:r>
              <w:rPr>
                <w:rFonts w:ascii="Times New Roman" w:hAnsi="Times New Roman"/>
                <w:b w:val="0"/>
                <w:sz w:val="20"/>
              </w:rPr>
              <w:t>Kathy Thompson</w:t>
            </w:r>
          </w:p>
        </w:tc>
      </w:tr>
      <w:tr>
        <w:tc>
          <w:tcPr>
            <w:tcW w:type="dxa" w:w="3168"/>
          </w:tcPr>
          <w:p>
            <w:pPr>
              <w:spacing w:after="40" w:line="254" w:lineRule="auto"/>
            </w:pPr>
            <w:r>
              <w:rPr>
                <w:rFonts w:ascii="Times New Roman" w:hAnsi="Times New Roman"/>
                <w:b w:val="0"/>
                <w:sz w:val="20"/>
              </w:rPr>
              <w:t>10:30 a.m. Greeter (H)</w:t>
            </w:r>
          </w:p>
        </w:tc>
        <w:tc>
          <w:tcPr>
            <w:tcW w:type="dxa" w:w="2736"/>
          </w:tcPr>
          <w:p>
            <w:pPr>
              <w:spacing w:after="40" w:line="254" w:lineRule="auto"/>
            </w:pPr>
            <w:r>
              <w:rPr>
                <w:rFonts w:ascii="Times New Roman" w:hAnsi="Times New Roman"/>
                <w:b w:val="0"/>
                <w:sz w:val="20"/>
              </w:rPr>
              <w:t>Susan Bullock</w:t>
            </w:r>
          </w:p>
        </w:tc>
        <w:tc>
          <w:tcPr>
            <w:tcW w:type="dxa" w:w="2736"/>
          </w:tcPr>
          <w:p>
            <w:pPr>
              <w:spacing w:after="40" w:line="254" w:lineRule="auto"/>
            </w:pPr>
            <w:r>
              <w:rPr>
                <w:rFonts w:ascii="Times New Roman" w:hAnsi="Times New Roman"/>
                <w:b w:val="0"/>
                <w:sz w:val="20"/>
              </w:rPr>
              <w:t>Marianna Giblin</w:t>
            </w:r>
          </w:p>
        </w:tc>
        <w:tc>
          <w:tcPr>
            <w:tcW w:type="dxa" w:w="2736"/>
          </w:tcPr>
          <w:p>
            <w:pPr>
              <w:spacing w:after="40" w:line="254" w:lineRule="auto"/>
            </w:pPr>
            <w:r>
              <w:rPr>
                <w:rFonts w:ascii="Times New Roman" w:hAnsi="Times New Roman"/>
                <w:b w:val="0"/>
                <w:sz w:val="20"/>
              </w:rPr>
              <w:t>Cathy Dawson</w:t>
            </w:r>
          </w:p>
        </w:tc>
        <w:tc>
          <w:tcPr>
            <w:tcW w:type="dxa" w:w="2736"/>
          </w:tcPr>
          <w:p>
            <w:pPr>
              <w:spacing w:after="40" w:line="254" w:lineRule="auto"/>
            </w:pPr>
            <w:r>
              <w:rPr>
                <w:rFonts w:ascii="Times New Roman" w:hAnsi="Times New Roman"/>
                <w:b w:val="0"/>
                <w:sz w:val="20"/>
              </w:rPr>
              <w:t>Linda Warburton</w:t>
            </w:r>
          </w:p>
        </w:tc>
      </w:tr>
      <w:tr>
        <w:tc>
          <w:tcPr>
            <w:tcW w:type="dxa" w:w="3168"/>
            <w:shd w:fill="F2F6F9"/>
          </w:tcPr>
          <w:p>
            <w:pPr>
              <w:spacing w:after="40" w:line="254" w:lineRule="auto"/>
            </w:pPr>
            <w:r>
              <w:rPr>
                <w:rFonts w:ascii="Times New Roman" w:hAnsi="Times New Roman"/>
                <w:b w:val="0"/>
                <w:sz w:val="20"/>
              </w:rPr>
              <w:t>Acolyte</w:t>
            </w:r>
          </w:p>
        </w:tc>
        <w:tc>
          <w:tcPr>
            <w:tcW w:type="dxa" w:w="2736"/>
            <w:shd w:fill="F2F6F9"/>
          </w:tcPr>
          <w:p>
            <w:pPr>
              <w:spacing w:after="40" w:line="254" w:lineRule="auto"/>
            </w:pPr>
            <w:r>
              <w:rPr>
                <w:rFonts w:ascii="Times New Roman" w:hAnsi="Times New Roman"/>
                <w:b w:val="0"/>
                <w:sz w:val="20"/>
              </w:rPr>
              <w:t>—</w:t>
            </w:r>
          </w:p>
        </w:tc>
        <w:tc>
          <w:tcPr>
            <w:tcW w:type="dxa" w:w="2736"/>
            <w:shd w:fill="F2F6F9"/>
          </w:tcPr>
          <w:p>
            <w:pPr>
              <w:spacing w:after="40" w:line="254" w:lineRule="auto"/>
            </w:pPr>
            <w:r>
              <w:rPr>
                <w:rFonts w:ascii="Times New Roman" w:hAnsi="Times New Roman"/>
                <w:b w:val="0"/>
                <w:sz w:val="20"/>
              </w:rPr>
              <w:t>Georgia Carroll</w:t>
            </w:r>
          </w:p>
        </w:tc>
        <w:tc>
          <w:tcPr>
            <w:tcW w:type="dxa" w:w="2736"/>
            <w:shd w:fill="F2F6F9"/>
          </w:tcPr>
          <w:p>
            <w:pPr>
              <w:spacing w:after="40" w:line="254" w:lineRule="auto"/>
            </w:pPr>
            <w:r>
              <w:rPr>
                <w:rFonts w:ascii="Times New Roman" w:hAnsi="Times New Roman"/>
                <w:b w:val="0"/>
                <w:sz w:val="20"/>
              </w:rPr>
              <w:t>Austin Bullock</w:t>
              <w:br/>
              <w:t>Henry Bullock</w:t>
            </w:r>
          </w:p>
        </w:tc>
        <w:tc>
          <w:tcPr>
            <w:tcW w:type="dxa" w:w="2736"/>
            <w:shd w:fill="F2F6F9"/>
          </w:tcPr>
          <w:p>
            <w:pPr>
              <w:spacing w:after="40" w:line="254" w:lineRule="auto"/>
            </w:pPr>
            <w:r>
              <w:rPr>
                <w:rFonts w:ascii="Times New Roman" w:hAnsi="Times New Roman"/>
                <w:b w:val="0"/>
                <w:sz w:val="20"/>
              </w:rPr>
              <w:t>Austin Morisak</w:t>
              <w:br/>
              <w:t>Joshua Peck</w:t>
            </w:r>
          </w:p>
        </w:tc>
      </w:tr>
      <w:tr>
        <w:tc>
          <w:tcPr>
            <w:tcW w:type="dxa" w:w="3168"/>
          </w:tcPr>
          <w:p>
            <w:pPr>
              <w:spacing w:after="40" w:line="254" w:lineRule="auto"/>
            </w:pPr>
            <w:r>
              <w:rPr>
                <w:rFonts w:ascii="Times New Roman" w:hAnsi="Times New Roman"/>
                <w:b w:val="0"/>
                <w:sz w:val="20"/>
              </w:rPr>
              <w:t>Lay Eucharistic Minister 1 (Prayers of the People)</w:t>
            </w:r>
          </w:p>
        </w:tc>
        <w:tc>
          <w:tcPr>
            <w:tcW w:type="dxa" w:w="2736"/>
          </w:tcPr>
          <w:p>
            <w:pPr>
              <w:spacing w:after="40" w:line="254" w:lineRule="auto"/>
            </w:pPr>
            <w:r>
              <w:rPr>
                <w:rFonts w:ascii="Times New Roman" w:hAnsi="Times New Roman"/>
                <w:b w:val="0"/>
                <w:sz w:val="20"/>
              </w:rPr>
              <w:t>Wendy Bergin</w:t>
            </w:r>
          </w:p>
        </w:tc>
        <w:tc>
          <w:tcPr>
            <w:tcW w:type="dxa" w:w="2736"/>
          </w:tcPr>
          <w:p>
            <w:pPr>
              <w:spacing w:after="40" w:line="254" w:lineRule="auto"/>
            </w:pPr>
            <w:r>
              <w:rPr>
                <w:rFonts w:ascii="Times New Roman" w:hAnsi="Times New Roman"/>
                <w:b w:val="0"/>
                <w:sz w:val="20"/>
              </w:rPr>
              <w:t>Jan Carroll</w:t>
            </w:r>
          </w:p>
        </w:tc>
        <w:tc>
          <w:tcPr>
            <w:tcW w:type="dxa" w:w="2736"/>
          </w:tcPr>
          <w:p>
            <w:pPr>
              <w:spacing w:after="40" w:line="254" w:lineRule="auto"/>
            </w:pPr>
            <w:r>
              <w:rPr>
                <w:rFonts w:ascii="Times New Roman" w:hAnsi="Times New Roman"/>
                <w:b w:val="0"/>
                <w:sz w:val="20"/>
              </w:rPr>
              <w:t>Wendy Bergin</w:t>
            </w:r>
          </w:p>
        </w:tc>
        <w:tc>
          <w:tcPr>
            <w:tcW w:type="dxa" w:w="2736"/>
          </w:tcPr>
          <w:p>
            <w:pPr>
              <w:spacing w:after="40" w:line="254" w:lineRule="auto"/>
            </w:pPr>
            <w:r>
              <w:rPr>
                <w:rFonts w:ascii="Times New Roman" w:hAnsi="Times New Roman"/>
                <w:b w:val="0"/>
                <w:sz w:val="20"/>
              </w:rPr>
              <w:t>Elmer Godley</w:t>
            </w:r>
          </w:p>
        </w:tc>
      </w:tr>
      <w:tr>
        <w:tc>
          <w:tcPr>
            <w:tcW w:type="dxa" w:w="3168"/>
            <w:shd w:fill="F2F6F9"/>
          </w:tcPr>
          <w:p>
            <w:pPr>
              <w:spacing w:after="40" w:line="254" w:lineRule="auto"/>
            </w:pPr>
            <w:r>
              <w:rPr>
                <w:rFonts w:ascii="Times New Roman" w:hAnsi="Times New Roman"/>
                <w:b w:val="0"/>
                <w:sz w:val="20"/>
              </w:rPr>
              <w:t>Lay Eucharistic Minister 2 (Epistle)</w:t>
            </w:r>
          </w:p>
        </w:tc>
        <w:tc>
          <w:tcPr>
            <w:tcW w:type="dxa" w:w="2736"/>
            <w:shd w:fill="F2F6F9"/>
          </w:tcPr>
          <w:p>
            <w:pPr>
              <w:spacing w:after="40" w:line="254" w:lineRule="auto"/>
            </w:pPr>
            <w:r>
              <w:rPr>
                <w:rFonts w:ascii="Times New Roman" w:hAnsi="Times New Roman"/>
                <w:b w:val="0"/>
                <w:sz w:val="20"/>
              </w:rPr>
              <w:t>—</w:t>
            </w:r>
          </w:p>
        </w:tc>
        <w:tc>
          <w:tcPr>
            <w:tcW w:type="dxa" w:w="2736"/>
            <w:shd w:fill="F2F6F9"/>
          </w:tcPr>
          <w:p>
            <w:pPr>
              <w:spacing w:after="40" w:line="254" w:lineRule="auto"/>
            </w:pPr>
            <w:r>
              <w:rPr>
                <w:rFonts w:ascii="Times New Roman" w:hAnsi="Times New Roman"/>
                <w:b w:val="0"/>
                <w:sz w:val="20"/>
              </w:rPr>
              <w:t>Leigh Kent</w:t>
            </w:r>
          </w:p>
        </w:tc>
        <w:tc>
          <w:tcPr>
            <w:tcW w:type="dxa" w:w="2736"/>
            <w:shd w:fill="F2F6F9"/>
          </w:tcPr>
          <w:p>
            <w:pPr>
              <w:spacing w:after="40" w:line="254" w:lineRule="auto"/>
            </w:pPr>
            <w:r>
              <w:rPr>
                <w:rFonts w:ascii="Times New Roman" w:hAnsi="Times New Roman"/>
                <w:b w:val="0"/>
                <w:sz w:val="20"/>
              </w:rPr>
              <w:t>Chris Bullock</w:t>
            </w:r>
          </w:p>
        </w:tc>
        <w:tc>
          <w:tcPr>
            <w:tcW w:type="dxa" w:w="2736"/>
            <w:shd w:fill="F2F6F9"/>
          </w:tcPr>
          <w:p>
            <w:pPr>
              <w:spacing w:after="40" w:line="254" w:lineRule="auto"/>
            </w:pPr>
            <w:r>
              <w:rPr>
                <w:rFonts w:ascii="Times New Roman" w:hAnsi="Times New Roman"/>
                <w:b w:val="0"/>
                <w:sz w:val="20"/>
              </w:rPr>
              <w:t>Steve Schultz</w:t>
            </w:r>
          </w:p>
        </w:tc>
      </w:tr>
      <w:tr>
        <w:tc>
          <w:tcPr>
            <w:tcW w:type="dxa" w:w="3168"/>
          </w:tcPr>
          <w:p>
            <w:pPr>
              <w:spacing w:after="40" w:line="254" w:lineRule="auto"/>
            </w:pPr>
            <w:r>
              <w:rPr>
                <w:rFonts w:ascii="Times New Roman" w:hAnsi="Times New Roman"/>
                <w:b w:val="0"/>
                <w:sz w:val="20"/>
              </w:rPr>
              <w:t>Lector</w:t>
            </w:r>
          </w:p>
        </w:tc>
        <w:tc>
          <w:tcPr>
            <w:tcW w:type="dxa" w:w="2736"/>
          </w:tcPr>
          <w:p>
            <w:pPr>
              <w:spacing w:after="40" w:line="254" w:lineRule="auto"/>
            </w:pPr>
            <w:r>
              <w:rPr>
                <w:rFonts w:ascii="Times New Roman" w:hAnsi="Times New Roman"/>
                <w:b w:val="0"/>
                <w:sz w:val="20"/>
              </w:rPr>
              <w:t>George Bishop</w:t>
            </w:r>
          </w:p>
        </w:tc>
        <w:tc>
          <w:tcPr>
            <w:tcW w:type="dxa" w:w="2736"/>
          </w:tcPr>
          <w:p>
            <w:pPr>
              <w:spacing w:after="40" w:line="254" w:lineRule="auto"/>
            </w:pPr>
            <w:r>
              <w:rPr>
                <w:rFonts w:ascii="Times New Roman" w:hAnsi="Times New Roman"/>
                <w:b w:val="0"/>
                <w:sz w:val="20"/>
              </w:rPr>
              <w:t>Sr. Anna Grace Madden</w:t>
            </w:r>
          </w:p>
        </w:tc>
        <w:tc>
          <w:tcPr>
            <w:tcW w:type="dxa" w:w="2736"/>
          </w:tcPr>
          <w:p>
            <w:pPr>
              <w:spacing w:after="40" w:line="254" w:lineRule="auto"/>
            </w:pPr>
            <w:r>
              <w:rPr>
                <w:rFonts w:ascii="Times New Roman" w:hAnsi="Times New Roman"/>
                <w:b w:val="0"/>
                <w:sz w:val="20"/>
              </w:rPr>
              <w:t>Mia Magness</w:t>
            </w:r>
          </w:p>
        </w:tc>
        <w:tc>
          <w:tcPr>
            <w:tcW w:type="dxa" w:w="2736"/>
          </w:tcPr>
          <w:p>
            <w:pPr>
              <w:spacing w:after="40" w:line="254" w:lineRule="auto"/>
            </w:pPr>
            <w:r>
              <w:rPr>
                <w:rFonts w:ascii="Times New Roman" w:hAnsi="Times New Roman"/>
                <w:b w:val="0"/>
                <w:sz w:val="20"/>
              </w:rPr>
              <w:t>Matthew Kent</w:t>
            </w:r>
          </w:p>
        </w:tc>
      </w:tr>
      <w:tr>
        <w:tc>
          <w:tcPr>
            <w:tcW w:type="dxa" w:w="3168"/>
            <w:shd w:fill="F2F6F9"/>
          </w:tcPr>
          <w:p>
            <w:pPr>
              <w:spacing w:after="40" w:line="254" w:lineRule="auto"/>
            </w:pPr>
            <w:r>
              <w:rPr>
                <w:rFonts w:ascii="Times New Roman" w:hAnsi="Times New Roman"/>
                <w:b w:val="0"/>
                <w:sz w:val="20"/>
              </w:rPr>
              <w:t>10:30 a.m. Pray and Heal</w:t>
            </w:r>
          </w:p>
        </w:tc>
        <w:tc>
          <w:tcPr>
            <w:tcW w:type="dxa" w:w="2736"/>
            <w:shd w:fill="F2F6F9"/>
          </w:tcPr>
          <w:p>
            <w:pPr>
              <w:spacing w:after="40" w:line="254" w:lineRule="auto"/>
            </w:pPr>
            <w:r>
              <w:rPr>
                <w:rFonts w:ascii="Times New Roman" w:hAnsi="Times New Roman"/>
                <w:b w:val="0"/>
                <w:sz w:val="20"/>
              </w:rPr>
              <w:t>—</w:t>
            </w:r>
          </w:p>
        </w:tc>
        <w:tc>
          <w:tcPr>
            <w:tcW w:type="dxa" w:w="2736"/>
            <w:shd w:fill="F2F6F9"/>
          </w:tcPr>
          <w:p>
            <w:pPr>
              <w:spacing w:after="40" w:line="254" w:lineRule="auto"/>
            </w:pPr>
            <w:r>
              <w:rPr>
                <w:rFonts w:ascii="Times New Roman" w:hAnsi="Times New Roman"/>
                <w:b w:val="0"/>
                <w:sz w:val="20"/>
              </w:rPr>
              <w:t>Nancy Leaton</w:t>
              <w:br/>
              <w:t>Sarah Parker</w:t>
            </w:r>
          </w:p>
        </w:tc>
        <w:tc>
          <w:tcPr>
            <w:tcW w:type="dxa" w:w="2736"/>
            <w:shd w:fill="F2F6F9"/>
          </w:tcPr>
          <w:p>
            <w:pPr>
              <w:spacing w:after="40" w:line="254" w:lineRule="auto"/>
            </w:pPr>
            <w:r>
              <w:rPr>
                <w:rFonts w:ascii="Times New Roman" w:hAnsi="Times New Roman"/>
                <w:b w:val="0"/>
                <w:sz w:val="20"/>
              </w:rPr>
              <w:t>—</w:t>
            </w:r>
          </w:p>
        </w:tc>
        <w:tc>
          <w:tcPr>
            <w:tcW w:type="dxa" w:w="2736"/>
            <w:shd w:fill="F2F6F9"/>
          </w:tcPr>
          <w:p>
            <w:pPr>
              <w:spacing w:after="40" w:line="254" w:lineRule="auto"/>
            </w:pPr>
            <w:r>
              <w:rPr>
                <w:rFonts w:ascii="Times New Roman" w:hAnsi="Times New Roman"/>
                <w:b w:val="0"/>
                <w:sz w:val="20"/>
              </w:rPr>
              <w:t>Sr. Anna Grace Madden</w:t>
              <w:br/>
              <w:t>Cynthia Raman</w:t>
            </w:r>
          </w:p>
        </w:tc>
      </w:tr>
    </w:tbl>
    <w:p>
      <w:pPr>
        <w:spacing w:after="0" w:line="254" w:lineRule="auto"/>
      </w:pPr>
      <w:r>
        <w:rPr>
          <w:rFonts w:ascii="Times New Roman" w:hAnsi="Times New Roman"/>
          <w:b w:val="0"/>
          <w:sz w:val="18"/>
        </w:rPr>
        <w:t>N and H are the greeter location designations used in the original schedule.</w:t>
      </w:r>
    </w:p>
    <w:sectPr w:rsidR="00FC693F" w:rsidRPr="0006063C" w:rsidSect="00034616">
      <w:pgSz w:w="15840" w:h="12240" w:orient="landscape"/>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8"/>
      </w:rPr>
      <w:t xml:space="preserve">St. Peter’s • September 2026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pPr>
    <w:rPr>
      <w:rFonts w:ascii="Times New Roman" w:hAnsi="Times New Roman"/>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2026 Newsletter</dc:title>
  <dc:subject/>
  <dc:creator>St. Peter’s Episcopal Church</dc:creator>
  <cp:keywords/>
  <dc:description>generated by python-docx</dc:description>
  <cp:lastModifiedBy/>
  <cp:revision>1</cp:revision>
  <dcterms:created xsi:type="dcterms:W3CDTF">2013-12-23T23:15:00Z</dcterms:created>
  <dcterms:modified xsi:type="dcterms:W3CDTF">2013-12-23T23:15:00Z</dcterms:modified>
  <cp:category/>
</cp:coreProperties>
</file>